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876DF" w14:textId="3898BEB6" w:rsidR="0067237D" w:rsidRPr="00102213" w:rsidRDefault="00000000" w:rsidP="0010221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rFonts w:ascii="Arial" w:hAnsi="Arial" w:cs="Arial"/>
          <w:sz w:val="22"/>
        </w:rPr>
      </w:pPr>
      <w:r w:rsidRPr="00102213">
        <w:rPr>
          <w:rFonts w:ascii="Arial" w:hAnsi="Arial" w:cs="Arial"/>
          <w:sz w:val="22"/>
        </w:rPr>
        <w:t>RESSOURCE 1</w:t>
      </w:r>
      <w:r w:rsidR="0067237D" w:rsidRPr="00102213">
        <w:rPr>
          <w:rFonts w:ascii="Arial" w:hAnsi="Arial" w:cs="Arial"/>
          <w:sz w:val="22"/>
        </w:rPr>
        <w:t xml:space="preserve">: </w:t>
      </w:r>
      <w:r w:rsidR="0067237D" w:rsidRPr="00102213">
        <w:rPr>
          <w:rFonts w:ascii="Arial" w:hAnsi="Arial" w:cs="Arial"/>
          <w:sz w:val="22"/>
        </w:rPr>
        <w:t xml:space="preserve">→ À </w:t>
      </w:r>
      <w:proofErr w:type="spellStart"/>
      <w:r w:rsidR="0067237D" w:rsidRPr="00102213">
        <w:rPr>
          <w:rFonts w:ascii="Arial" w:hAnsi="Arial" w:cs="Arial"/>
          <w:sz w:val="22"/>
        </w:rPr>
        <w:t>relier</w:t>
      </w:r>
      <w:proofErr w:type="spellEnd"/>
      <w:r w:rsidR="0067237D" w:rsidRPr="00102213">
        <w:rPr>
          <w:rFonts w:ascii="Arial" w:hAnsi="Arial" w:cs="Arial"/>
          <w:sz w:val="22"/>
        </w:rPr>
        <w:t xml:space="preserve"> au </w:t>
      </w:r>
      <w:proofErr w:type="gramStart"/>
      <w:r w:rsidR="0067237D" w:rsidRPr="00102213">
        <w:rPr>
          <w:rFonts w:ascii="Arial" w:hAnsi="Arial" w:cs="Arial"/>
          <w:sz w:val="22"/>
        </w:rPr>
        <w:t>questionnaire :</w:t>
      </w:r>
      <w:proofErr w:type="gramEnd"/>
      <w:r w:rsidR="0067237D" w:rsidRPr="00102213">
        <w:rPr>
          <w:rFonts w:ascii="Arial" w:hAnsi="Arial" w:cs="Arial"/>
          <w:sz w:val="22"/>
        </w:rPr>
        <w:t xml:space="preserve"> questions 4, 5 et 6.</w:t>
      </w:r>
      <w:r w:rsidRPr="00102213">
        <w:rPr>
          <w:rFonts w:ascii="Arial" w:hAnsi="Arial" w:cs="Arial"/>
          <w:sz w:val="22"/>
        </w:rPr>
        <w:t xml:space="preserve"> </w:t>
      </w:r>
    </w:p>
    <w:p w14:paraId="0202369A" w14:textId="77777777" w:rsidR="00361339" w:rsidRPr="00102213" w:rsidRDefault="00000000" w:rsidP="00C609B1">
      <w:pPr>
        <w:spacing w:line="240" w:lineRule="auto"/>
        <w:rPr>
          <w:rFonts w:ascii="Arial" w:hAnsi="Arial" w:cs="Arial"/>
          <w:sz w:val="22"/>
        </w:rPr>
      </w:pPr>
      <w:proofErr w:type="spellStart"/>
      <w:r w:rsidRPr="00102213">
        <w:rPr>
          <w:rFonts w:ascii="Arial" w:hAnsi="Arial" w:cs="Arial"/>
          <w:sz w:val="22"/>
        </w:rPr>
        <w:t>Vidéo</w:t>
      </w:r>
      <w:proofErr w:type="spellEnd"/>
      <w:r w:rsidRPr="00102213">
        <w:rPr>
          <w:rFonts w:ascii="Arial" w:hAnsi="Arial" w:cs="Arial"/>
          <w:sz w:val="22"/>
        </w:rPr>
        <w:t xml:space="preserve"> </w:t>
      </w:r>
      <w:proofErr w:type="spellStart"/>
      <w:r w:rsidRPr="00102213">
        <w:rPr>
          <w:rFonts w:ascii="Arial" w:hAnsi="Arial" w:cs="Arial"/>
          <w:sz w:val="22"/>
        </w:rPr>
        <w:t>Lumni</w:t>
      </w:r>
      <w:proofErr w:type="spellEnd"/>
      <w:r w:rsidRPr="00102213">
        <w:rPr>
          <w:rFonts w:ascii="Arial" w:hAnsi="Arial" w:cs="Arial"/>
          <w:sz w:val="22"/>
        </w:rPr>
        <w:t xml:space="preserve"> — « Darwin et la théorie de l’évolution » (3 min 17). La vidéo présente le retour de Darwin après son voyage sur le Beagle, ses nombreuses observations et le temps qu’il prend pour confronter ses idées avant de publier. Elle introduit l’idée que les êtres vivants évoluent.</w:t>
      </w:r>
    </w:p>
    <w:p w14:paraId="6C7597C7" w14:textId="17BFE0BE" w:rsidR="0067237D" w:rsidRPr="00102213" w:rsidRDefault="00000000" w:rsidP="00C609B1">
      <w:pPr>
        <w:spacing w:line="240" w:lineRule="auto"/>
        <w:rPr>
          <w:rFonts w:ascii="Arial" w:hAnsi="Arial" w:cs="Arial"/>
          <w:i/>
          <w:sz w:val="22"/>
        </w:rPr>
      </w:pPr>
      <w:proofErr w:type="gramStart"/>
      <w:r w:rsidRPr="00102213">
        <w:rPr>
          <w:rFonts w:ascii="Arial" w:hAnsi="Arial" w:cs="Arial"/>
          <w:i/>
          <w:sz w:val="22"/>
        </w:rPr>
        <w:t>Lien :</w:t>
      </w:r>
      <w:proofErr w:type="gramEnd"/>
      <w:r w:rsidRPr="00102213">
        <w:rPr>
          <w:rFonts w:ascii="Arial" w:hAnsi="Arial" w:cs="Arial"/>
          <w:i/>
          <w:sz w:val="22"/>
        </w:rPr>
        <w:t xml:space="preserve"> </w:t>
      </w:r>
      <w:hyperlink r:id="rId8" w:history="1">
        <w:r w:rsidR="0067237D" w:rsidRPr="00102213">
          <w:rPr>
            <w:rStyle w:val="Lienhypertexte"/>
            <w:rFonts w:ascii="Arial" w:hAnsi="Arial" w:cs="Arial"/>
            <w:i/>
            <w:color w:val="auto"/>
            <w:sz w:val="22"/>
          </w:rPr>
          <w:t>https://www.lumni.fr/video/darwin-et-la-theorie-de-l-evolution</w:t>
        </w:r>
      </w:hyperlink>
    </w:p>
    <w:p w14:paraId="4466673F" w14:textId="70080951" w:rsidR="00361339" w:rsidRPr="00102213" w:rsidRDefault="00000000" w:rsidP="00102213">
      <w:pPr>
        <w:pBdr>
          <w:top w:val="single" w:sz="4" w:space="1" w:color="auto"/>
          <w:left w:val="single" w:sz="4" w:space="4" w:color="auto"/>
          <w:bottom w:val="single" w:sz="4" w:space="1" w:color="auto"/>
          <w:right w:val="single" w:sz="4" w:space="4" w:color="auto"/>
        </w:pBdr>
        <w:shd w:val="clear" w:color="auto" w:fill="F2F2F2"/>
        <w:spacing w:before="80" w:after="100" w:line="240" w:lineRule="auto"/>
        <w:rPr>
          <w:rFonts w:ascii="Arial" w:hAnsi="Arial" w:cs="Arial"/>
          <w:sz w:val="22"/>
        </w:rPr>
      </w:pPr>
      <w:proofErr w:type="gramStart"/>
      <w:r w:rsidRPr="00102213">
        <w:rPr>
          <w:rFonts w:ascii="Arial" w:hAnsi="Arial" w:cs="Arial"/>
          <w:sz w:val="22"/>
        </w:rPr>
        <w:t>Objectif :</w:t>
      </w:r>
      <w:proofErr w:type="gramEnd"/>
      <w:r w:rsidRPr="00102213">
        <w:rPr>
          <w:rFonts w:ascii="Arial" w:hAnsi="Arial" w:cs="Arial"/>
          <w:sz w:val="22"/>
        </w:rPr>
        <w:t xml:space="preserve"> </w:t>
      </w:r>
      <w:r w:rsidR="00A2416D" w:rsidRPr="00DB45FC">
        <w:rPr>
          <w:rFonts w:ascii="Arial" w:hAnsi="Arial" w:cs="Arial"/>
          <w:b/>
          <w:bCs/>
          <w:color w:val="26392F"/>
          <w:sz w:val="24"/>
          <w:szCs w:val="24"/>
        </w:rPr>
        <w:t>·</w:t>
      </w:r>
      <w:proofErr w:type="spellStart"/>
      <w:r w:rsidR="003F75CF">
        <w:rPr>
          <w:rFonts w:ascii="Arial" w:hAnsi="Arial" w:cs="Arial"/>
          <w:b/>
          <w:bCs/>
          <w:color w:val="26392F"/>
          <w:sz w:val="24"/>
          <w:szCs w:val="24"/>
        </w:rPr>
        <w:t>comprendre</w:t>
      </w:r>
      <w:proofErr w:type="spellEnd"/>
      <w:r w:rsidR="003F75CF">
        <w:rPr>
          <w:rFonts w:ascii="Arial" w:hAnsi="Arial" w:cs="Arial"/>
          <w:b/>
          <w:bCs/>
          <w:color w:val="26392F"/>
          <w:sz w:val="24"/>
          <w:szCs w:val="24"/>
        </w:rPr>
        <w:t xml:space="preserve"> l</w:t>
      </w:r>
      <w:r w:rsidR="003F75CF" w:rsidRPr="002931D3">
        <w:rPr>
          <w:rFonts w:ascii="Arial" w:hAnsi="Arial" w:cs="Arial"/>
          <w:b/>
          <w:bCs/>
          <w:color w:val="26392F"/>
          <w:sz w:val="24"/>
          <w:szCs w:val="24"/>
        </w:rPr>
        <w:t xml:space="preserve">e </w:t>
      </w:r>
      <w:proofErr w:type="spellStart"/>
      <w:r w:rsidR="003F75CF" w:rsidRPr="002931D3">
        <w:rPr>
          <w:rFonts w:ascii="Arial" w:hAnsi="Arial" w:cs="Arial"/>
          <w:b/>
          <w:bCs/>
          <w:color w:val="26392F"/>
          <w:sz w:val="24"/>
          <w:szCs w:val="24"/>
        </w:rPr>
        <w:t>rôle</w:t>
      </w:r>
      <w:proofErr w:type="spellEnd"/>
      <w:r w:rsidR="003F75CF" w:rsidRPr="002931D3">
        <w:rPr>
          <w:rFonts w:ascii="Arial" w:hAnsi="Arial" w:cs="Arial"/>
          <w:b/>
          <w:bCs/>
          <w:color w:val="26392F"/>
          <w:sz w:val="24"/>
          <w:szCs w:val="24"/>
        </w:rPr>
        <w:t xml:space="preserve"> du </w:t>
      </w:r>
      <w:proofErr w:type="spellStart"/>
      <w:r w:rsidR="003F75CF" w:rsidRPr="002931D3">
        <w:rPr>
          <w:rFonts w:ascii="Arial" w:hAnsi="Arial" w:cs="Arial"/>
          <w:b/>
          <w:bCs/>
          <w:color w:val="26392F"/>
          <w:sz w:val="24"/>
          <w:szCs w:val="24"/>
        </w:rPr>
        <w:t>contexte</w:t>
      </w:r>
      <w:proofErr w:type="spellEnd"/>
      <w:r w:rsidR="003F75CF" w:rsidRPr="002931D3">
        <w:rPr>
          <w:rFonts w:ascii="Arial" w:hAnsi="Arial" w:cs="Arial"/>
          <w:b/>
          <w:bCs/>
          <w:color w:val="26392F"/>
          <w:sz w:val="24"/>
          <w:szCs w:val="24"/>
        </w:rPr>
        <w:t xml:space="preserve"> </w:t>
      </w:r>
      <w:proofErr w:type="spellStart"/>
      <w:r w:rsidR="003F75CF" w:rsidRPr="002931D3">
        <w:rPr>
          <w:rFonts w:ascii="Arial" w:hAnsi="Arial" w:cs="Arial"/>
          <w:b/>
          <w:bCs/>
          <w:color w:val="26392F"/>
          <w:sz w:val="24"/>
          <w:szCs w:val="24"/>
        </w:rPr>
        <w:t>scientifique</w:t>
      </w:r>
      <w:proofErr w:type="spellEnd"/>
      <w:r w:rsidR="003F75CF" w:rsidRPr="002931D3">
        <w:rPr>
          <w:rFonts w:ascii="Arial" w:hAnsi="Arial" w:cs="Arial"/>
          <w:b/>
          <w:bCs/>
          <w:color w:val="26392F"/>
          <w:sz w:val="24"/>
          <w:szCs w:val="24"/>
        </w:rPr>
        <w:t xml:space="preserve"> et social</w:t>
      </w:r>
    </w:p>
    <w:p w14:paraId="2793C1B7" w14:textId="77777777" w:rsidR="00361339" w:rsidRPr="00102213" w:rsidRDefault="00000000" w:rsidP="00C609B1">
      <w:pPr>
        <w:pStyle w:val="Titre1"/>
        <w:spacing w:line="240" w:lineRule="auto"/>
        <w:rPr>
          <w:rFonts w:ascii="Arial" w:hAnsi="Arial" w:cs="Arial"/>
          <w:color w:val="auto"/>
          <w:sz w:val="22"/>
          <w:szCs w:val="22"/>
          <w:u w:val="single"/>
        </w:rPr>
      </w:pPr>
      <w:r w:rsidRPr="00102213">
        <w:rPr>
          <w:rFonts w:ascii="Arial" w:hAnsi="Arial" w:cs="Arial"/>
          <w:color w:val="auto"/>
          <w:sz w:val="22"/>
          <w:szCs w:val="22"/>
          <w:u w:val="single"/>
        </w:rPr>
        <w:t>Consignes</w:t>
      </w:r>
    </w:p>
    <w:p w14:paraId="6A7B5D8C"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Regardez la vidéo une première fois sans prendre de notes.</w:t>
      </w:r>
    </w:p>
    <w:p w14:paraId="19C0BC6C"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Regardez-la une seconde fois et notez les informations qui permettent de comprendre comment Darwin construit puis présente son idée.</w:t>
      </w:r>
    </w:p>
    <w:p w14:paraId="120938AE"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Répondez aux questions avec des phrases courtes et précises.</w:t>
      </w:r>
    </w:p>
    <w:p w14:paraId="06D01C98" w14:textId="43FF5380" w:rsidR="00361339" w:rsidRPr="00102213" w:rsidRDefault="00000000" w:rsidP="00C609B1">
      <w:pPr>
        <w:pStyle w:val="Titre1"/>
        <w:spacing w:line="240" w:lineRule="auto"/>
        <w:rPr>
          <w:rFonts w:ascii="Arial" w:hAnsi="Arial" w:cs="Arial"/>
          <w:color w:val="auto"/>
          <w:sz w:val="22"/>
          <w:szCs w:val="22"/>
          <w:u w:val="single"/>
        </w:rPr>
      </w:pPr>
      <w:r w:rsidRPr="00102213">
        <w:rPr>
          <w:rFonts w:ascii="Arial" w:hAnsi="Arial" w:cs="Arial"/>
          <w:color w:val="auto"/>
          <w:sz w:val="22"/>
          <w:szCs w:val="22"/>
          <w:u w:val="single"/>
        </w:rPr>
        <w:t>Questions</w:t>
      </w:r>
      <w:r w:rsidR="00690842" w:rsidRPr="00102213">
        <w:rPr>
          <w:rFonts w:ascii="Arial" w:hAnsi="Arial" w:cs="Arial"/>
          <w:color w:val="auto"/>
          <w:sz w:val="22"/>
          <w:szCs w:val="22"/>
          <w:u w:val="single"/>
        </w:rPr>
        <w:t xml:space="preserve"> pour </w:t>
      </w:r>
      <w:proofErr w:type="spellStart"/>
      <w:r w:rsidR="00690842" w:rsidRPr="00102213">
        <w:rPr>
          <w:rFonts w:ascii="Arial" w:hAnsi="Arial" w:cs="Arial"/>
          <w:color w:val="auto"/>
          <w:sz w:val="22"/>
          <w:szCs w:val="22"/>
          <w:u w:val="single"/>
        </w:rPr>
        <w:t>vous</w:t>
      </w:r>
      <w:proofErr w:type="spellEnd"/>
      <w:r w:rsidR="00690842" w:rsidRPr="00102213">
        <w:rPr>
          <w:rFonts w:ascii="Arial" w:hAnsi="Arial" w:cs="Arial"/>
          <w:color w:val="auto"/>
          <w:sz w:val="22"/>
          <w:szCs w:val="22"/>
          <w:u w:val="single"/>
        </w:rPr>
        <w:t xml:space="preserve"> guider</w:t>
      </w:r>
    </w:p>
    <w:p w14:paraId="78E59B3A"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1. Quels éléments rapportés par Darwin après son voyage montrent l’importance des observations dans son </w:t>
      </w:r>
      <w:proofErr w:type="gramStart"/>
      <w:r w:rsidRPr="00102213">
        <w:rPr>
          <w:rFonts w:ascii="Arial" w:hAnsi="Arial" w:cs="Arial"/>
          <w:sz w:val="22"/>
        </w:rPr>
        <w:t>travail ?</w:t>
      </w:r>
      <w:proofErr w:type="gramEnd"/>
    </w:p>
    <w:p w14:paraId="1B810020"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2. Pourquoi Darwin prend-il le temps d’analyser et de confronter ses observations avant de </w:t>
      </w:r>
      <w:proofErr w:type="gramStart"/>
      <w:r w:rsidRPr="00102213">
        <w:rPr>
          <w:rFonts w:ascii="Arial" w:hAnsi="Arial" w:cs="Arial"/>
          <w:sz w:val="22"/>
        </w:rPr>
        <w:t>publier ?</w:t>
      </w:r>
      <w:proofErr w:type="gramEnd"/>
    </w:p>
    <w:p w14:paraId="3EEE8F6F"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3. Quelle idée nouvelle sur les êtres vivants défend-</w:t>
      </w:r>
      <w:proofErr w:type="gramStart"/>
      <w:r w:rsidRPr="00102213">
        <w:rPr>
          <w:rFonts w:ascii="Arial" w:hAnsi="Arial" w:cs="Arial"/>
          <w:sz w:val="22"/>
        </w:rPr>
        <w:t>il ?</w:t>
      </w:r>
      <w:proofErr w:type="gramEnd"/>
    </w:p>
    <w:p w14:paraId="61017DEC"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4. En quoi cette histoire illustre-t-elle l’idée qu’une théorie scientifique se construit </w:t>
      </w:r>
      <w:proofErr w:type="gramStart"/>
      <w:r w:rsidRPr="00102213">
        <w:rPr>
          <w:rFonts w:ascii="Arial" w:hAnsi="Arial" w:cs="Arial"/>
          <w:sz w:val="22"/>
        </w:rPr>
        <w:t>progressivement ?</w:t>
      </w:r>
      <w:proofErr w:type="gramEnd"/>
    </w:p>
    <w:p w14:paraId="1148B675"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5. Que peut-on déduire de cette vidéo sur le rôle du contexte scientifique et social dans une </w:t>
      </w:r>
      <w:proofErr w:type="gramStart"/>
      <w:r w:rsidRPr="00102213">
        <w:rPr>
          <w:rFonts w:ascii="Arial" w:hAnsi="Arial" w:cs="Arial"/>
          <w:sz w:val="22"/>
        </w:rPr>
        <w:t>découverte ?</w:t>
      </w:r>
      <w:proofErr w:type="gramEnd"/>
    </w:p>
    <w:p w14:paraId="2D8C5350" w14:textId="77777777" w:rsidR="00361339" w:rsidRPr="00102213" w:rsidRDefault="00000000" w:rsidP="00C609B1">
      <w:pPr>
        <w:spacing w:line="240" w:lineRule="auto"/>
        <w:rPr>
          <w:rFonts w:ascii="Arial" w:hAnsi="Arial" w:cs="Arial"/>
          <w:sz w:val="22"/>
        </w:rPr>
      </w:pPr>
      <w:r w:rsidRPr="00102213">
        <w:rPr>
          <w:rFonts w:ascii="Arial" w:hAnsi="Arial" w:cs="Arial"/>
          <w:sz w:val="22"/>
        </w:rPr>
        <w:t xml:space="preserve">→ À relier au </w:t>
      </w:r>
      <w:proofErr w:type="gramStart"/>
      <w:r w:rsidRPr="00102213">
        <w:rPr>
          <w:rFonts w:ascii="Arial" w:hAnsi="Arial" w:cs="Arial"/>
          <w:sz w:val="22"/>
        </w:rPr>
        <w:t>questionnaire :</w:t>
      </w:r>
      <w:proofErr w:type="gramEnd"/>
      <w:r w:rsidRPr="00102213">
        <w:rPr>
          <w:rFonts w:ascii="Arial" w:hAnsi="Arial" w:cs="Arial"/>
          <w:sz w:val="22"/>
        </w:rPr>
        <w:t xml:space="preserve"> questions 4, 5 et 6.</w:t>
      </w:r>
    </w:p>
    <w:p w14:paraId="7D602215" w14:textId="77777777" w:rsidR="009011B0" w:rsidRPr="00102213" w:rsidRDefault="009011B0" w:rsidP="00C609B1">
      <w:pPr>
        <w:pBdr>
          <w:bottom w:val="single" w:sz="4" w:space="1" w:color="C9C0A0"/>
        </w:pBdr>
        <w:spacing w:after="140" w:line="240" w:lineRule="auto"/>
        <w:rPr>
          <w:rFonts w:ascii="Arial" w:hAnsi="Arial" w:cs="Arial"/>
          <w:b/>
          <w:bCs/>
          <w:sz w:val="22"/>
          <w:u w:val="single"/>
        </w:rPr>
      </w:pPr>
      <w:r w:rsidRPr="00102213">
        <w:rPr>
          <w:rFonts w:ascii="Arial" w:hAnsi="Arial" w:cs="Arial"/>
          <w:b/>
          <w:bCs/>
          <w:sz w:val="22"/>
          <w:u w:val="single"/>
        </w:rPr>
        <w:t xml:space="preserve">Pour preparer </w:t>
      </w:r>
      <w:proofErr w:type="spellStart"/>
      <w:r w:rsidRPr="00102213">
        <w:rPr>
          <w:rFonts w:ascii="Arial" w:hAnsi="Arial" w:cs="Arial"/>
          <w:b/>
          <w:bCs/>
          <w:sz w:val="22"/>
          <w:u w:val="single"/>
        </w:rPr>
        <w:t>votre</w:t>
      </w:r>
      <w:proofErr w:type="spellEnd"/>
      <w:r w:rsidRPr="00102213">
        <w:rPr>
          <w:rFonts w:ascii="Arial" w:hAnsi="Arial" w:cs="Arial"/>
          <w:b/>
          <w:bCs/>
          <w:sz w:val="22"/>
          <w:u w:val="single"/>
        </w:rPr>
        <w:t xml:space="preserve"> oral:</w:t>
      </w:r>
      <w:r w:rsidRPr="00102213">
        <w:rPr>
          <w:rFonts w:ascii="Arial" w:hAnsi="Arial" w:cs="Arial"/>
          <w:b/>
          <w:bCs/>
          <w:sz w:val="22"/>
          <w:u w:val="single"/>
        </w:rPr>
        <w:t xml:space="preserve"> </w:t>
      </w:r>
    </w:p>
    <w:p w14:paraId="76C2438C" w14:textId="4F3D4A81" w:rsidR="009011B0" w:rsidRPr="00102213" w:rsidRDefault="009011B0" w:rsidP="00C609B1">
      <w:pPr>
        <w:pBdr>
          <w:bottom w:val="single" w:sz="4" w:space="1" w:color="C9C0A0"/>
        </w:pBdr>
        <w:spacing w:after="140" w:line="240" w:lineRule="auto"/>
        <w:rPr>
          <w:rFonts w:ascii="Arial" w:hAnsi="Arial" w:cs="Arial"/>
          <w:sz w:val="22"/>
        </w:rPr>
      </w:pPr>
      <w:r w:rsidRPr="00102213">
        <w:rPr>
          <w:rFonts w:ascii="Arial" w:hAnsi="Arial" w:cs="Arial"/>
          <w:sz w:val="22"/>
        </w:rPr>
        <w:t xml:space="preserve">4. </w:t>
      </w:r>
      <w:proofErr w:type="spellStart"/>
      <w:r w:rsidRPr="00102213">
        <w:rPr>
          <w:rFonts w:ascii="Arial" w:hAnsi="Arial" w:cs="Arial"/>
          <w:sz w:val="22"/>
        </w:rPr>
        <w:t>Pourquoi</w:t>
      </w:r>
      <w:proofErr w:type="spellEnd"/>
      <w:r w:rsidRPr="00102213">
        <w:rPr>
          <w:rFonts w:ascii="Arial" w:hAnsi="Arial" w:cs="Arial"/>
          <w:sz w:val="22"/>
        </w:rPr>
        <w:t xml:space="preserve"> Darwin a-t-il </w:t>
      </w:r>
      <w:proofErr w:type="spellStart"/>
      <w:r w:rsidRPr="00102213">
        <w:rPr>
          <w:rFonts w:ascii="Arial" w:hAnsi="Arial" w:cs="Arial"/>
          <w:sz w:val="22"/>
        </w:rPr>
        <w:t>attendu</w:t>
      </w:r>
      <w:proofErr w:type="spellEnd"/>
      <w:r w:rsidRPr="00102213">
        <w:rPr>
          <w:rFonts w:ascii="Arial" w:hAnsi="Arial" w:cs="Arial"/>
          <w:sz w:val="22"/>
        </w:rPr>
        <w:t xml:space="preserve"> plus de </w:t>
      </w:r>
      <w:proofErr w:type="spellStart"/>
      <w:r w:rsidRPr="00102213">
        <w:rPr>
          <w:rFonts w:ascii="Arial" w:hAnsi="Arial" w:cs="Arial"/>
          <w:sz w:val="22"/>
        </w:rPr>
        <w:t>vingt</w:t>
      </w:r>
      <w:proofErr w:type="spellEnd"/>
      <w:r w:rsidRPr="00102213">
        <w:rPr>
          <w:rFonts w:ascii="Arial" w:hAnsi="Arial" w:cs="Arial"/>
          <w:sz w:val="22"/>
        </w:rPr>
        <w:t xml:space="preserve"> </w:t>
      </w:r>
      <w:proofErr w:type="spellStart"/>
      <w:r w:rsidRPr="00102213">
        <w:rPr>
          <w:rFonts w:ascii="Arial" w:hAnsi="Arial" w:cs="Arial"/>
          <w:sz w:val="22"/>
        </w:rPr>
        <w:t>ans</w:t>
      </w:r>
      <w:proofErr w:type="spellEnd"/>
      <w:r w:rsidRPr="00102213">
        <w:rPr>
          <w:rFonts w:ascii="Arial" w:hAnsi="Arial" w:cs="Arial"/>
          <w:sz w:val="22"/>
        </w:rPr>
        <w:t xml:space="preserve"> </w:t>
      </w:r>
      <w:proofErr w:type="spellStart"/>
      <w:r w:rsidRPr="00102213">
        <w:rPr>
          <w:rFonts w:ascii="Arial" w:hAnsi="Arial" w:cs="Arial"/>
          <w:sz w:val="22"/>
        </w:rPr>
        <w:t>avant</w:t>
      </w:r>
      <w:proofErr w:type="spellEnd"/>
      <w:r w:rsidRPr="00102213">
        <w:rPr>
          <w:rFonts w:ascii="Arial" w:hAnsi="Arial" w:cs="Arial"/>
          <w:sz w:val="22"/>
        </w:rPr>
        <w:t xml:space="preserve"> de </w:t>
      </w:r>
      <w:proofErr w:type="spellStart"/>
      <w:r w:rsidRPr="00102213">
        <w:rPr>
          <w:rFonts w:ascii="Arial" w:hAnsi="Arial" w:cs="Arial"/>
          <w:sz w:val="22"/>
        </w:rPr>
        <w:t>publier</w:t>
      </w:r>
      <w:proofErr w:type="spellEnd"/>
      <w:r w:rsidRPr="00102213">
        <w:rPr>
          <w:rFonts w:ascii="Arial" w:hAnsi="Arial" w:cs="Arial"/>
          <w:sz w:val="22"/>
        </w:rPr>
        <w:t xml:space="preserve"> </w:t>
      </w:r>
      <w:proofErr w:type="spellStart"/>
      <w:r w:rsidRPr="00102213">
        <w:rPr>
          <w:rFonts w:ascii="Arial" w:hAnsi="Arial" w:cs="Arial"/>
          <w:sz w:val="22"/>
        </w:rPr>
        <w:t>sa</w:t>
      </w:r>
      <w:proofErr w:type="spellEnd"/>
      <w:r w:rsidRPr="00102213">
        <w:rPr>
          <w:rFonts w:ascii="Arial" w:hAnsi="Arial" w:cs="Arial"/>
          <w:sz w:val="22"/>
        </w:rPr>
        <w:t xml:space="preserve"> </w:t>
      </w:r>
      <w:proofErr w:type="spellStart"/>
      <w:r w:rsidRPr="00102213">
        <w:rPr>
          <w:rFonts w:ascii="Arial" w:hAnsi="Arial" w:cs="Arial"/>
          <w:sz w:val="22"/>
        </w:rPr>
        <w:t>théorie</w:t>
      </w:r>
      <w:proofErr w:type="spellEnd"/>
      <w:r w:rsidRPr="00102213">
        <w:rPr>
          <w:rFonts w:ascii="Arial" w:hAnsi="Arial" w:cs="Arial"/>
          <w:sz w:val="22"/>
        </w:rPr>
        <w:t xml:space="preserve">, </w:t>
      </w:r>
      <w:proofErr w:type="spellStart"/>
      <w:r w:rsidRPr="00102213">
        <w:rPr>
          <w:rFonts w:ascii="Arial" w:hAnsi="Arial" w:cs="Arial"/>
          <w:sz w:val="22"/>
        </w:rPr>
        <w:t>alors</w:t>
      </w:r>
      <w:proofErr w:type="spellEnd"/>
      <w:r w:rsidRPr="00102213">
        <w:rPr>
          <w:rFonts w:ascii="Arial" w:hAnsi="Arial" w:cs="Arial"/>
          <w:sz w:val="22"/>
        </w:rPr>
        <w:t xml:space="preserve"> que Wallace </w:t>
      </w:r>
      <w:proofErr w:type="spellStart"/>
      <w:r w:rsidRPr="00102213">
        <w:rPr>
          <w:rFonts w:ascii="Arial" w:hAnsi="Arial" w:cs="Arial"/>
          <w:sz w:val="22"/>
        </w:rPr>
        <w:t>était</w:t>
      </w:r>
      <w:proofErr w:type="spellEnd"/>
      <w:r w:rsidRPr="00102213">
        <w:rPr>
          <w:rFonts w:ascii="Arial" w:hAnsi="Arial" w:cs="Arial"/>
          <w:sz w:val="22"/>
        </w:rPr>
        <w:t xml:space="preserve"> </w:t>
      </w:r>
      <w:proofErr w:type="spellStart"/>
      <w:r w:rsidRPr="00102213">
        <w:rPr>
          <w:rFonts w:ascii="Arial" w:hAnsi="Arial" w:cs="Arial"/>
          <w:sz w:val="22"/>
        </w:rPr>
        <w:t>arrivé</w:t>
      </w:r>
      <w:proofErr w:type="spellEnd"/>
      <w:r w:rsidRPr="00102213">
        <w:rPr>
          <w:rFonts w:ascii="Arial" w:hAnsi="Arial" w:cs="Arial"/>
          <w:sz w:val="22"/>
        </w:rPr>
        <w:t xml:space="preserve"> </w:t>
      </w:r>
      <w:proofErr w:type="spellStart"/>
      <w:r w:rsidRPr="00102213">
        <w:rPr>
          <w:rFonts w:ascii="Arial" w:hAnsi="Arial" w:cs="Arial"/>
          <w:sz w:val="22"/>
        </w:rPr>
        <w:t>presque</w:t>
      </w:r>
      <w:proofErr w:type="spellEnd"/>
      <w:r w:rsidRPr="00102213">
        <w:rPr>
          <w:rFonts w:ascii="Arial" w:hAnsi="Arial" w:cs="Arial"/>
          <w:sz w:val="22"/>
        </w:rPr>
        <w:t xml:space="preserve"> à la </w:t>
      </w:r>
      <w:proofErr w:type="spellStart"/>
      <w:r w:rsidRPr="00102213">
        <w:rPr>
          <w:rFonts w:ascii="Arial" w:hAnsi="Arial" w:cs="Arial"/>
          <w:sz w:val="22"/>
        </w:rPr>
        <w:t>même</w:t>
      </w:r>
      <w:proofErr w:type="spellEnd"/>
      <w:r w:rsidRPr="00102213">
        <w:rPr>
          <w:rFonts w:ascii="Arial" w:hAnsi="Arial" w:cs="Arial"/>
          <w:sz w:val="22"/>
        </w:rPr>
        <w:t xml:space="preserve"> idée au </w:t>
      </w:r>
      <w:proofErr w:type="spellStart"/>
      <w:r w:rsidRPr="00102213">
        <w:rPr>
          <w:rFonts w:ascii="Arial" w:hAnsi="Arial" w:cs="Arial"/>
          <w:sz w:val="22"/>
        </w:rPr>
        <w:t>même</w:t>
      </w:r>
      <w:proofErr w:type="spellEnd"/>
      <w:r w:rsidRPr="00102213">
        <w:rPr>
          <w:rFonts w:ascii="Arial" w:hAnsi="Arial" w:cs="Arial"/>
          <w:sz w:val="22"/>
        </w:rPr>
        <w:t xml:space="preserve"> </w:t>
      </w:r>
      <w:proofErr w:type="gramStart"/>
      <w:r w:rsidRPr="00102213">
        <w:rPr>
          <w:rFonts w:ascii="Arial" w:hAnsi="Arial" w:cs="Arial"/>
          <w:sz w:val="22"/>
        </w:rPr>
        <w:t>moment ?</w:t>
      </w:r>
      <w:proofErr w:type="gramEnd"/>
      <w:r w:rsidRPr="00102213">
        <w:rPr>
          <w:rFonts w:ascii="Arial" w:hAnsi="Arial" w:cs="Arial"/>
          <w:sz w:val="22"/>
        </w:rPr>
        <w:t xml:space="preserve"> Que nous </w:t>
      </w:r>
      <w:proofErr w:type="spellStart"/>
      <w:r w:rsidRPr="00102213">
        <w:rPr>
          <w:rFonts w:ascii="Arial" w:hAnsi="Arial" w:cs="Arial"/>
          <w:sz w:val="22"/>
        </w:rPr>
        <w:t>apprend</w:t>
      </w:r>
      <w:proofErr w:type="spellEnd"/>
      <w:r w:rsidRPr="00102213">
        <w:rPr>
          <w:rFonts w:ascii="Arial" w:hAnsi="Arial" w:cs="Arial"/>
          <w:sz w:val="22"/>
        </w:rPr>
        <w:t xml:space="preserve"> </w:t>
      </w:r>
      <w:proofErr w:type="spellStart"/>
      <w:r w:rsidRPr="00102213">
        <w:rPr>
          <w:rFonts w:ascii="Arial" w:hAnsi="Arial" w:cs="Arial"/>
          <w:sz w:val="22"/>
        </w:rPr>
        <w:t>cette</w:t>
      </w:r>
      <w:proofErr w:type="spellEnd"/>
      <w:r w:rsidRPr="00102213">
        <w:rPr>
          <w:rFonts w:ascii="Arial" w:hAnsi="Arial" w:cs="Arial"/>
          <w:sz w:val="22"/>
        </w:rPr>
        <w:t xml:space="preserve"> histoire sur la prudence </w:t>
      </w:r>
      <w:proofErr w:type="spellStart"/>
      <w:r w:rsidRPr="00102213">
        <w:rPr>
          <w:rFonts w:ascii="Arial" w:hAnsi="Arial" w:cs="Arial"/>
          <w:sz w:val="22"/>
        </w:rPr>
        <w:t>scientifique</w:t>
      </w:r>
      <w:proofErr w:type="spellEnd"/>
      <w:r w:rsidRPr="00102213">
        <w:rPr>
          <w:rFonts w:ascii="Arial" w:hAnsi="Arial" w:cs="Arial"/>
          <w:sz w:val="22"/>
        </w:rPr>
        <w:t xml:space="preserve"> et la </w:t>
      </w:r>
      <w:proofErr w:type="spellStart"/>
      <w:r w:rsidRPr="00102213">
        <w:rPr>
          <w:rFonts w:ascii="Arial" w:hAnsi="Arial" w:cs="Arial"/>
          <w:sz w:val="22"/>
        </w:rPr>
        <w:t>compétition</w:t>
      </w:r>
      <w:proofErr w:type="spellEnd"/>
      <w:r w:rsidRPr="00102213">
        <w:rPr>
          <w:rFonts w:ascii="Arial" w:hAnsi="Arial" w:cs="Arial"/>
          <w:sz w:val="22"/>
        </w:rPr>
        <w:t xml:space="preserve"> entre </w:t>
      </w:r>
      <w:proofErr w:type="spellStart"/>
      <w:proofErr w:type="gramStart"/>
      <w:r w:rsidRPr="00102213">
        <w:rPr>
          <w:rFonts w:ascii="Arial" w:hAnsi="Arial" w:cs="Arial"/>
          <w:sz w:val="22"/>
        </w:rPr>
        <w:t>chercheurs</w:t>
      </w:r>
      <w:proofErr w:type="spellEnd"/>
      <w:r w:rsidRPr="00102213">
        <w:rPr>
          <w:rFonts w:ascii="Arial" w:hAnsi="Arial" w:cs="Arial"/>
          <w:sz w:val="22"/>
        </w:rPr>
        <w:t xml:space="preserve"> ?</w:t>
      </w:r>
      <w:proofErr w:type="gramEnd"/>
    </w:p>
    <w:p w14:paraId="15A650A4" w14:textId="0BF12858" w:rsidR="009011B0" w:rsidRPr="00102213" w:rsidRDefault="009011B0" w:rsidP="00C609B1">
      <w:pPr>
        <w:pBdr>
          <w:bottom w:val="single" w:sz="4" w:space="1" w:color="C9C0A0"/>
        </w:pBdr>
        <w:spacing w:after="140" w:line="240" w:lineRule="auto"/>
        <w:rPr>
          <w:rFonts w:ascii="Arial" w:hAnsi="Arial" w:cs="Arial"/>
          <w:sz w:val="22"/>
        </w:rPr>
      </w:pPr>
    </w:p>
    <w:p w14:paraId="287063F1" w14:textId="77777777" w:rsidR="009011B0" w:rsidRPr="005D512C" w:rsidRDefault="009011B0" w:rsidP="00C609B1">
      <w:pPr>
        <w:pBdr>
          <w:bottom w:val="single" w:sz="4" w:space="1" w:color="C9C0A0"/>
        </w:pBdr>
        <w:spacing w:after="140" w:line="240" w:lineRule="auto"/>
        <w:rPr>
          <w:rFonts w:ascii="Arial" w:hAnsi="Arial" w:cs="Arial"/>
          <w:b/>
          <w:bCs/>
          <w:sz w:val="22"/>
          <w:u w:val="single"/>
        </w:rPr>
      </w:pPr>
      <w:r w:rsidRPr="005D512C">
        <w:rPr>
          <w:rFonts w:ascii="Arial" w:hAnsi="Arial" w:cs="Arial"/>
          <w:b/>
          <w:bCs/>
          <w:sz w:val="22"/>
          <w:u w:val="single"/>
        </w:rPr>
        <w:t xml:space="preserve"> 3 · Le </w:t>
      </w:r>
      <w:proofErr w:type="spellStart"/>
      <w:r w:rsidRPr="005D512C">
        <w:rPr>
          <w:rFonts w:ascii="Arial" w:hAnsi="Arial" w:cs="Arial"/>
          <w:b/>
          <w:bCs/>
          <w:sz w:val="22"/>
          <w:u w:val="single"/>
        </w:rPr>
        <w:t>rôle</w:t>
      </w:r>
      <w:proofErr w:type="spellEnd"/>
      <w:r w:rsidRPr="005D512C">
        <w:rPr>
          <w:rFonts w:ascii="Arial" w:hAnsi="Arial" w:cs="Arial"/>
          <w:b/>
          <w:bCs/>
          <w:sz w:val="22"/>
          <w:u w:val="single"/>
        </w:rPr>
        <w:t xml:space="preserve"> du </w:t>
      </w:r>
      <w:proofErr w:type="spellStart"/>
      <w:r w:rsidRPr="005D512C">
        <w:rPr>
          <w:rFonts w:ascii="Arial" w:hAnsi="Arial" w:cs="Arial"/>
          <w:b/>
          <w:bCs/>
          <w:sz w:val="22"/>
          <w:u w:val="single"/>
        </w:rPr>
        <w:t>contexte</w:t>
      </w:r>
      <w:proofErr w:type="spellEnd"/>
      <w:r w:rsidRPr="005D512C">
        <w:rPr>
          <w:rFonts w:ascii="Arial" w:hAnsi="Arial" w:cs="Arial"/>
          <w:b/>
          <w:bCs/>
          <w:sz w:val="22"/>
          <w:u w:val="single"/>
        </w:rPr>
        <w:t xml:space="preserve"> </w:t>
      </w:r>
      <w:proofErr w:type="spellStart"/>
      <w:r w:rsidRPr="005D512C">
        <w:rPr>
          <w:rFonts w:ascii="Arial" w:hAnsi="Arial" w:cs="Arial"/>
          <w:b/>
          <w:bCs/>
          <w:sz w:val="22"/>
          <w:u w:val="single"/>
        </w:rPr>
        <w:t>scientifique</w:t>
      </w:r>
      <w:proofErr w:type="spellEnd"/>
      <w:r w:rsidRPr="005D512C">
        <w:rPr>
          <w:rFonts w:ascii="Arial" w:hAnsi="Arial" w:cs="Arial"/>
          <w:b/>
          <w:bCs/>
          <w:sz w:val="22"/>
          <w:u w:val="single"/>
        </w:rPr>
        <w:t xml:space="preserve"> et social</w:t>
      </w:r>
    </w:p>
    <w:p w14:paraId="7AB6EF83" w14:textId="77777777" w:rsidR="009011B0" w:rsidRPr="00102213" w:rsidRDefault="009011B0" w:rsidP="00C609B1">
      <w:pPr>
        <w:spacing w:before="160" w:after="60" w:line="240" w:lineRule="auto"/>
        <w:rPr>
          <w:rFonts w:ascii="Arial" w:hAnsi="Arial" w:cs="Arial"/>
          <w:sz w:val="22"/>
        </w:rPr>
      </w:pPr>
      <w:r w:rsidRPr="00102213">
        <w:rPr>
          <w:rFonts w:ascii="Arial" w:hAnsi="Arial" w:cs="Arial"/>
          <w:sz w:val="22"/>
        </w:rPr>
        <w:t xml:space="preserve">5. En quoi les travaux de Lyell sur </w:t>
      </w:r>
      <w:proofErr w:type="spellStart"/>
      <w:r w:rsidRPr="00102213">
        <w:rPr>
          <w:rFonts w:ascii="Arial" w:hAnsi="Arial" w:cs="Arial"/>
          <w:sz w:val="22"/>
        </w:rPr>
        <w:t>l'âge</w:t>
      </w:r>
      <w:proofErr w:type="spellEnd"/>
      <w:r w:rsidRPr="00102213">
        <w:rPr>
          <w:rFonts w:ascii="Arial" w:hAnsi="Arial" w:cs="Arial"/>
          <w:sz w:val="22"/>
        </w:rPr>
        <w:t xml:space="preserve"> de la Terre </w:t>
      </w:r>
      <w:proofErr w:type="spellStart"/>
      <w:r w:rsidRPr="00102213">
        <w:rPr>
          <w:rFonts w:ascii="Arial" w:hAnsi="Arial" w:cs="Arial"/>
          <w:sz w:val="22"/>
        </w:rPr>
        <w:t>étaient-ils</w:t>
      </w:r>
      <w:proofErr w:type="spellEnd"/>
      <w:r w:rsidRPr="00102213">
        <w:rPr>
          <w:rFonts w:ascii="Arial" w:hAnsi="Arial" w:cs="Arial"/>
          <w:sz w:val="22"/>
        </w:rPr>
        <w:t xml:space="preserve"> </w:t>
      </w:r>
      <w:proofErr w:type="spellStart"/>
      <w:r w:rsidRPr="00102213">
        <w:rPr>
          <w:rFonts w:ascii="Arial" w:hAnsi="Arial" w:cs="Arial"/>
          <w:sz w:val="22"/>
        </w:rPr>
        <w:t>nécessaires</w:t>
      </w:r>
      <w:proofErr w:type="spellEnd"/>
      <w:r w:rsidRPr="00102213">
        <w:rPr>
          <w:rFonts w:ascii="Arial" w:hAnsi="Arial" w:cs="Arial"/>
          <w:sz w:val="22"/>
        </w:rPr>
        <w:t xml:space="preserve"> pour que la </w:t>
      </w:r>
      <w:proofErr w:type="spellStart"/>
      <w:r w:rsidRPr="00102213">
        <w:rPr>
          <w:rFonts w:ascii="Arial" w:hAnsi="Arial" w:cs="Arial"/>
          <w:sz w:val="22"/>
        </w:rPr>
        <w:t>théorie</w:t>
      </w:r>
      <w:proofErr w:type="spellEnd"/>
      <w:r w:rsidRPr="00102213">
        <w:rPr>
          <w:rFonts w:ascii="Arial" w:hAnsi="Arial" w:cs="Arial"/>
          <w:sz w:val="22"/>
        </w:rPr>
        <w:t xml:space="preserve"> de Darwin </w:t>
      </w:r>
      <w:proofErr w:type="spellStart"/>
      <w:r w:rsidRPr="00102213">
        <w:rPr>
          <w:rFonts w:ascii="Arial" w:hAnsi="Arial" w:cs="Arial"/>
          <w:sz w:val="22"/>
        </w:rPr>
        <w:t>soit</w:t>
      </w:r>
      <w:proofErr w:type="spellEnd"/>
      <w:r w:rsidRPr="00102213">
        <w:rPr>
          <w:rFonts w:ascii="Arial" w:hAnsi="Arial" w:cs="Arial"/>
          <w:sz w:val="22"/>
        </w:rPr>
        <w:t xml:space="preserve"> </w:t>
      </w:r>
      <w:proofErr w:type="spellStart"/>
      <w:proofErr w:type="gramStart"/>
      <w:r w:rsidRPr="00102213">
        <w:rPr>
          <w:rFonts w:ascii="Arial" w:hAnsi="Arial" w:cs="Arial"/>
          <w:sz w:val="22"/>
        </w:rPr>
        <w:t>crédible</w:t>
      </w:r>
      <w:proofErr w:type="spellEnd"/>
      <w:r w:rsidRPr="00102213">
        <w:rPr>
          <w:rFonts w:ascii="Arial" w:hAnsi="Arial" w:cs="Arial"/>
          <w:sz w:val="22"/>
        </w:rPr>
        <w:t xml:space="preserve"> ?</w:t>
      </w:r>
      <w:proofErr w:type="gramEnd"/>
    </w:p>
    <w:p w14:paraId="570F620F" w14:textId="77777777" w:rsidR="009011B0" w:rsidRPr="00102213" w:rsidRDefault="009011B0" w:rsidP="00C609B1">
      <w:pPr>
        <w:pBdr>
          <w:bottom w:val="single" w:sz="4" w:space="1" w:color="C9C0A0"/>
        </w:pBdr>
        <w:spacing w:after="140" w:line="240" w:lineRule="auto"/>
        <w:rPr>
          <w:rFonts w:ascii="Arial" w:hAnsi="Arial" w:cs="Arial"/>
          <w:sz w:val="22"/>
        </w:rPr>
      </w:pPr>
      <w:r w:rsidRPr="00102213">
        <w:rPr>
          <w:rFonts w:ascii="Arial" w:hAnsi="Arial" w:cs="Arial"/>
          <w:sz w:val="22"/>
        </w:rPr>
        <w:t xml:space="preserve"> </w:t>
      </w:r>
    </w:p>
    <w:p w14:paraId="0431C1D4" w14:textId="77777777" w:rsidR="009011B0" w:rsidRPr="00102213" w:rsidRDefault="009011B0" w:rsidP="00C609B1">
      <w:pPr>
        <w:pBdr>
          <w:bottom w:val="single" w:sz="4" w:space="1" w:color="C9C0A0"/>
        </w:pBdr>
        <w:spacing w:after="140" w:line="240" w:lineRule="auto"/>
        <w:rPr>
          <w:rFonts w:ascii="Arial" w:hAnsi="Arial" w:cs="Arial"/>
          <w:sz w:val="22"/>
        </w:rPr>
      </w:pPr>
      <w:r w:rsidRPr="00102213">
        <w:rPr>
          <w:rFonts w:ascii="Arial" w:hAnsi="Arial" w:cs="Arial"/>
          <w:sz w:val="22"/>
        </w:rPr>
        <w:t xml:space="preserve">6. </w:t>
      </w:r>
      <w:proofErr w:type="spellStart"/>
      <w:r w:rsidRPr="00102213">
        <w:rPr>
          <w:rFonts w:ascii="Arial" w:hAnsi="Arial" w:cs="Arial"/>
          <w:sz w:val="22"/>
        </w:rPr>
        <w:t>Pourquoi</w:t>
      </w:r>
      <w:proofErr w:type="spellEnd"/>
      <w:r w:rsidRPr="00102213">
        <w:rPr>
          <w:rFonts w:ascii="Arial" w:hAnsi="Arial" w:cs="Arial"/>
          <w:sz w:val="22"/>
        </w:rPr>
        <w:t xml:space="preserve"> </w:t>
      </w:r>
      <w:proofErr w:type="spellStart"/>
      <w:r w:rsidRPr="00102213">
        <w:rPr>
          <w:rFonts w:ascii="Arial" w:hAnsi="Arial" w:cs="Arial"/>
          <w:sz w:val="22"/>
        </w:rPr>
        <w:t>une</w:t>
      </w:r>
      <w:proofErr w:type="spellEnd"/>
      <w:r w:rsidRPr="00102213">
        <w:rPr>
          <w:rFonts w:ascii="Arial" w:hAnsi="Arial" w:cs="Arial"/>
          <w:sz w:val="22"/>
        </w:rPr>
        <w:t xml:space="preserve"> </w:t>
      </w:r>
      <w:proofErr w:type="spellStart"/>
      <w:r w:rsidRPr="00102213">
        <w:rPr>
          <w:rFonts w:ascii="Arial" w:hAnsi="Arial" w:cs="Arial"/>
          <w:sz w:val="22"/>
        </w:rPr>
        <w:t>théorie</w:t>
      </w:r>
      <w:proofErr w:type="spellEnd"/>
      <w:r w:rsidRPr="00102213">
        <w:rPr>
          <w:rFonts w:ascii="Arial" w:hAnsi="Arial" w:cs="Arial"/>
          <w:sz w:val="22"/>
        </w:rPr>
        <w:t xml:space="preserve"> qui </w:t>
      </w:r>
      <w:proofErr w:type="spellStart"/>
      <w:r w:rsidRPr="00102213">
        <w:rPr>
          <w:rFonts w:ascii="Arial" w:hAnsi="Arial" w:cs="Arial"/>
          <w:sz w:val="22"/>
        </w:rPr>
        <w:t>remet</w:t>
      </w:r>
      <w:proofErr w:type="spellEnd"/>
      <w:r w:rsidRPr="00102213">
        <w:rPr>
          <w:rFonts w:ascii="Arial" w:hAnsi="Arial" w:cs="Arial"/>
          <w:sz w:val="22"/>
        </w:rPr>
        <w:t xml:space="preserve"> </w:t>
      </w:r>
      <w:proofErr w:type="spellStart"/>
      <w:r w:rsidRPr="00102213">
        <w:rPr>
          <w:rFonts w:ascii="Arial" w:hAnsi="Arial" w:cs="Arial"/>
          <w:sz w:val="22"/>
        </w:rPr>
        <w:t>en</w:t>
      </w:r>
      <w:proofErr w:type="spellEnd"/>
      <w:r w:rsidRPr="00102213">
        <w:rPr>
          <w:rFonts w:ascii="Arial" w:hAnsi="Arial" w:cs="Arial"/>
          <w:sz w:val="22"/>
        </w:rPr>
        <w:t xml:space="preserve"> cause la </w:t>
      </w:r>
      <w:proofErr w:type="spellStart"/>
      <w:r w:rsidRPr="00102213">
        <w:rPr>
          <w:rFonts w:ascii="Arial" w:hAnsi="Arial" w:cs="Arial"/>
          <w:sz w:val="22"/>
        </w:rPr>
        <w:t>création</w:t>
      </w:r>
      <w:proofErr w:type="spellEnd"/>
      <w:r w:rsidRPr="00102213">
        <w:rPr>
          <w:rFonts w:ascii="Arial" w:hAnsi="Arial" w:cs="Arial"/>
          <w:sz w:val="22"/>
        </w:rPr>
        <w:t xml:space="preserve"> divine des </w:t>
      </w:r>
      <w:proofErr w:type="spellStart"/>
      <w:r w:rsidRPr="00102213">
        <w:rPr>
          <w:rFonts w:ascii="Arial" w:hAnsi="Arial" w:cs="Arial"/>
          <w:sz w:val="22"/>
        </w:rPr>
        <w:t>espèces</w:t>
      </w:r>
      <w:proofErr w:type="spellEnd"/>
      <w:r w:rsidRPr="00102213">
        <w:rPr>
          <w:rFonts w:ascii="Arial" w:hAnsi="Arial" w:cs="Arial"/>
          <w:sz w:val="22"/>
        </w:rPr>
        <w:t xml:space="preserve"> a-t-</w:t>
      </w:r>
      <w:proofErr w:type="spellStart"/>
      <w:r w:rsidRPr="00102213">
        <w:rPr>
          <w:rFonts w:ascii="Arial" w:hAnsi="Arial" w:cs="Arial"/>
          <w:sz w:val="22"/>
        </w:rPr>
        <w:t>elle</w:t>
      </w:r>
      <w:proofErr w:type="spellEnd"/>
      <w:r w:rsidRPr="00102213">
        <w:rPr>
          <w:rFonts w:ascii="Arial" w:hAnsi="Arial" w:cs="Arial"/>
          <w:sz w:val="22"/>
        </w:rPr>
        <w:t xml:space="preserve"> </w:t>
      </w:r>
      <w:proofErr w:type="spellStart"/>
      <w:r w:rsidRPr="00102213">
        <w:rPr>
          <w:rFonts w:ascii="Arial" w:hAnsi="Arial" w:cs="Arial"/>
          <w:sz w:val="22"/>
        </w:rPr>
        <w:t>suscité</w:t>
      </w:r>
      <w:proofErr w:type="spellEnd"/>
      <w:r w:rsidRPr="00102213">
        <w:rPr>
          <w:rFonts w:ascii="Arial" w:hAnsi="Arial" w:cs="Arial"/>
          <w:sz w:val="22"/>
        </w:rPr>
        <w:t xml:space="preserve"> </w:t>
      </w:r>
      <w:proofErr w:type="spellStart"/>
      <w:r w:rsidRPr="00102213">
        <w:rPr>
          <w:rFonts w:ascii="Arial" w:hAnsi="Arial" w:cs="Arial"/>
          <w:sz w:val="22"/>
        </w:rPr>
        <w:t>autant</w:t>
      </w:r>
      <w:proofErr w:type="spellEnd"/>
      <w:r w:rsidRPr="00102213">
        <w:rPr>
          <w:rFonts w:ascii="Arial" w:hAnsi="Arial" w:cs="Arial"/>
          <w:sz w:val="22"/>
        </w:rPr>
        <w:t xml:space="preserve"> de </w:t>
      </w:r>
      <w:proofErr w:type="spellStart"/>
      <w:r w:rsidRPr="00102213">
        <w:rPr>
          <w:rFonts w:ascii="Arial" w:hAnsi="Arial" w:cs="Arial"/>
          <w:sz w:val="22"/>
        </w:rPr>
        <w:t>résistances</w:t>
      </w:r>
      <w:proofErr w:type="spellEnd"/>
      <w:r w:rsidRPr="00102213">
        <w:rPr>
          <w:rFonts w:ascii="Arial" w:hAnsi="Arial" w:cs="Arial"/>
          <w:sz w:val="22"/>
        </w:rPr>
        <w:t xml:space="preserve"> au </w:t>
      </w:r>
      <w:proofErr w:type="spellStart"/>
      <w:r w:rsidRPr="00102213">
        <w:rPr>
          <w:rFonts w:ascii="Arial" w:hAnsi="Arial" w:cs="Arial"/>
          <w:sz w:val="22"/>
        </w:rPr>
        <w:t>XIXe</w:t>
      </w:r>
      <w:proofErr w:type="spellEnd"/>
      <w:r w:rsidRPr="00102213">
        <w:rPr>
          <w:rFonts w:ascii="Arial" w:hAnsi="Arial" w:cs="Arial"/>
          <w:sz w:val="22"/>
        </w:rPr>
        <w:t xml:space="preserve"> </w:t>
      </w:r>
      <w:proofErr w:type="gramStart"/>
      <w:r w:rsidRPr="00102213">
        <w:rPr>
          <w:rFonts w:ascii="Arial" w:hAnsi="Arial" w:cs="Arial"/>
          <w:sz w:val="22"/>
        </w:rPr>
        <w:t>siècle ?</w:t>
      </w:r>
      <w:proofErr w:type="gramEnd"/>
    </w:p>
    <w:p w14:paraId="674E6C50" w14:textId="03E59678" w:rsidR="009011B0" w:rsidRPr="00102213" w:rsidRDefault="009011B0" w:rsidP="00C609B1">
      <w:pPr>
        <w:spacing w:line="240" w:lineRule="auto"/>
        <w:rPr>
          <w:rFonts w:ascii="Arial" w:hAnsi="Arial" w:cs="Arial"/>
          <w:sz w:val="22"/>
        </w:rPr>
      </w:pPr>
    </w:p>
    <w:p w14:paraId="282A59F7" w14:textId="77777777" w:rsidR="00755711" w:rsidRPr="00102213" w:rsidRDefault="00755711" w:rsidP="00C609B1">
      <w:pPr>
        <w:spacing w:line="240" w:lineRule="auto"/>
        <w:rPr>
          <w:rFonts w:ascii="Arial" w:hAnsi="Arial" w:cs="Arial"/>
          <w:sz w:val="22"/>
        </w:rPr>
      </w:pPr>
    </w:p>
    <w:p w14:paraId="7FFA8A61" w14:textId="77777777" w:rsidR="00755711" w:rsidRPr="00102213" w:rsidRDefault="00755711" w:rsidP="00C609B1">
      <w:pPr>
        <w:spacing w:line="240" w:lineRule="auto"/>
        <w:rPr>
          <w:rFonts w:ascii="Arial" w:hAnsi="Arial" w:cs="Arial"/>
          <w:sz w:val="22"/>
        </w:rPr>
      </w:pPr>
    </w:p>
    <w:p w14:paraId="14C116B5" w14:textId="77777777" w:rsidR="00755711" w:rsidRPr="00102213" w:rsidRDefault="00755711" w:rsidP="00C609B1">
      <w:pPr>
        <w:spacing w:line="240" w:lineRule="auto"/>
        <w:rPr>
          <w:rFonts w:ascii="Arial" w:hAnsi="Arial" w:cs="Arial"/>
          <w:sz w:val="22"/>
        </w:rPr>
      </w:pPr>
    </w:p>
    <w:p w14:paraId="28102F91" w14:textId="77777777" w:rsidR="00755711" w:rsidRPr="00102213" w:rsidRDefault="00755711" w:rsidP="00C609B1">
      <w:pPr>
        <w:spacing w:line="240" w:lineRule="auto"/>
        <w:rPr>
          <w:rFonts w:ascii="Arial" w:hAnsi="Arial" w:cs="Arial"/>
          <w:sz w:val="22"/>
        </w:rPr>
      </w:pPr>
    </w:p>
    <w:p w14:paraId="10EDC62E" w14:textId="77777777" w:rsidR="00755711" w:rsidRPr="00102213" w:rsidRDefault="00755711" w:rsidP="00C609B1">
      <w:pPr>
        <w:spacing w:line="240" w:lineRule="auto"/>
        <w:rPr>
          <w:rFonts w:ascii="Arial" w:hAnsi="Arial" w:cs="Arial"/>
          <w:sz w:val="22"/>
        </w:rPr>
      </w:pPr>
    </w:p>
    <w:p w14:paraId="6B38DEBE" w14:textId="77777777" w:rsidR="00755711" w:rsidRPr="00102213" w:rsidRDefault="00755711" w:rsidP="00C609B1">
      <w:pPr>
        <w:spacing w:line="240" w:lineRule="auto"/>
        <w:rPr>
          <w:rFonts w:ascii="Arial" w:hAnsi="Arial" w:cs="Arial"/>
          <w:sz w:val="22"/>
        </w:rPr>
      </w:pPr>
    </w:p>
    <w:p w14:paraId="5B100CED" w14:textId="77777777" w:rsidR="00690842" w:rsidRPr="00102213" w:rsidRDefault="00000000" w:rsidP="0010221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rFonts w:ascii="Arial" w:hAnsi="Arial" w:cs="Arial"/>
          <w:sz w:val="22"/>
        </w:rPr>
      </w:pPr>
      <w:r w:rsidRPr="00102213">
        <w:rPr>
          <w:rFonts w:ascii="Arial" w:hAnsi="Arial" w:cs="Arial"/>
          <w:sz w:val="22"/>
        </w:rPr>
        <w:lastRenderedPageBreak/>
        <w:t xml:space="preserve">RESSOURCE </w:t>
      </w:r>
      <w:proofErr w:type="gramStart"/>
      <w:r w:rsidRPr="00102213">
        <w:rPr>
          <w:rFonts w:ascii="Arial" w:hAnsi="Arial" w:cs="Arial"/>
          <w:sz w:val="22"/>
        </w:rPr>
        <w:t>2  •</w:t>
      </w:r>
      <w:proofErr w:type="gramEnd"/>
      <w:r w:rsidRPr="00102213">
        <w:rPr>
          <w:rFonts w:ascii="Arial" w:hAnsi="Arial" w:cs="Arial"/>
          <w:sz w:val="22"/>
        </w:rPr>
        <w:t xml:space="preserve"> </w:t>
      </w:r>
      <w:r w:rsidR="00690842" w:rsidRPr="00102213">
        <w:rPr>
          <w:rFonts w:ascii="Arial" w:hAnsi="Arial" w:cs="Arial"/>
          <w:sz w:val="22"/>
        </w:rPr>
        <w:t xml:space="preserve">→ À </w:t>
      </w:r>
      <w:proofErr w:type="spellStart"/>
      <w:r w:rsidR="00690842" w:rsidRPr="00102213">
        <w:rPr>
          <w:rFonts w:ascii="Arial" w:hAnsi="Arial" w:cs="Arial"/>
          <w:sz w:val="22"/>
        </w:rPr>
        <w:t>relier</w:t>
      </w:r>
      <w:proofErr w:type="spellEnd"/>
      <w:r w:rsidR="00690842" w:rsidRPr="00102213">
        <w:rPr>
          <w:rFonts w:ascii="Arial" w:hAnsi="Arial" w:cs="Arial"/>
          <w:sz w:val="22"/>
        </w:rPr>
        <w:t xml:space="preserve"> au </w:t>
      </w:r>
      <w:proofErr w:type="gramStart"/>
      <w:r w:rsidR="00690842" w:rsidRPr="00102213">
        <w:rPr>
          <w:rFonts w:ascii="Arial" w:hAnsi="Arial" w:cs="Arial"/>
          <w:sz w:val="22"/>
        </w:rPr>
        <w:t>questionnaire :</w:t>
      </w:r>
      <w:proofErr w:type="gramEnd"/>
      <w:r w:rsidR="00690842" w:rsidRPr="00102213">
        <w:rPr>
          <w:rFonts w:ascii="Arial" w:hAnsi="Arial" w:cs="Arial"/>
          <w:sz w:val="22"/>
        </w:rPr>
        <w:t xml:space="preserve"> questions 1, 2 et 3.</w:t>
      </w:r>
    </w:p>
    <w:p w14:paraId="526C53B4" w14:textId="77777777" w:rsidR="00361339" w:rsidRPr="00102213" w:rsidRDefault="00000000" w:rsidP="00C609B1">
      <w:pPr>
        <w:spacing w:line="240" w:lineRule="auto"/>
        <w:rPr>
          <w:rFonts w:ascii="Arial" w:hAnsi="Arial" w:cs="Arial"/>
          <w:sz w:val="22"/>
        </w:rPr>
      </w:pPr>
      <w:r w:rsidRPr="00102213">
        <w:rPr>
          <w:rFonts w:ascii="Arial" w:hAnsi="Arial" w:cs="Arial"/>
          <w:sz w:val="22"/>
        </w:rPr>
        <w:t>MNHN — « Histoire de la pensée évolutionniste et textes historiques associés ». La ressource présente une chronologie de la pensée évolutionniste et propose notamment des textes historiques de Lamarck, Cuvier et Darwin. Elle montre la diversité des conceptions avant et autour de Darwin.</w:t>
      </w:r>
    </w:p>
    <w:p w14:paraId="20D3F403" w14:textId="76E11E31" w:rsidR="00361339" w:rsidRPr="00102213" w:rsidRDefault="00000000" w:rsidP="00C609B1">
      <w:pPr>
        <w:spacing w:line="240" w:lineRule="auto"/>
        <w:rPr>
          <w:rFonts w:ascii="Arial" w:hAnsi="Arial" w:cs="Arial"/>
          <w:i/>
          <w:sz w:val="22"/>
        </w:rPr>
      </w:pPr>
      <w:proofErr w:type="gramStart"/>
      <w:r w:rsidRPr="00102213">
        <w:rPr>
          <w:rFonts w:ascii="Arial" w:hAnsi="Arial" w:cs="Arial"/>
          <w:i/>
          <w:sz w:val="22"/>
        </w:rPr>
        <w:t>Lien :</w:t>
      </w:r>
      <w:proofErr w:type="gramEnd"/>
      <w:r w:rsidRPr="00102213">
        <w:rPr>
          <w:rFonts w:ascii="Arial" w:hAnsi="Arial" w:cs="Arial"/>
          <w:i/>
          <w:sz w:val="22"/>
        </w:rPr>
        <w:t xml:space="preserve"> </w:t>
      </w:r>
      <w:hyperlink r:id="rId9" w:history="1">
        <w:r w:rsidR="00690842" w:rsidRPr="00102213">
          <w:rPr>
            <w:rStyle w:val="Lienhypertexte"/>
            <w:rFonts w:ascii="Arial" w:hAnsi="Arial" w:cs="Arial"/>
            <w:i/>
            <w:color w:val="auto"/>
            <w:sz w:val="22"/>
          </w:rPr>
          <w:t>https://formens.mnhn.fr/mod/page/view.php?id=640</w:t>
        </w:r>
      </w:hyperlink>
    </w:p>
    <w:p w14:paraId="015F2A7C" w14:textId="77777777" w:rsidR="00690842" w:rsidRPr="00102213" w:rsidRDefault="00690842" w:rsidP="00C609B1">
      <w:pPr>
        <w:spacing w:line="240" w:lineRule="auto"/>
        <w:rPr>
          <w:rFonts w:ascii="Arial" w:hAnsi="Arial" w:cs="Arial"/>
          <w:sz w:val="22"/>
        </w:rPr>
      </w:pPr>
    </w:p>
    <w:p w14:paraId="34630022" w14:textId="77777777" w:rsidR="003F75CF" w:rsidRPr="00102213" w:rsidRDefault="003F75CF" w:rsidP="003F75CF">
      <w:pPr>
        <w:pBdr>
          <w:top w:val="single" w:sz="4" w:space="1" w:color="auto"/>
          <w:left w:val="single" w:sz="4" w:space="4" w:color="auto"/>
          <w:bottom w:val="single" w:sz="4" w:space="1" w:color="auto"/>
          <w:right w:val="single" w:sz="4" w:space="4" w:color="auto"/>
        </w:pBdr>
        <w:shd w:val="clear" w:color="auto" w:fill="F2F2F2"/>
        <w:spacing w:before="80" w:after="100" w:line="240" w:lineRule="auto"/>
        <w:rPr>
          <w:rFonts w:ascii="Arial" w:hAnsi="Arial" w:cs="Arial"/>
          <w:sz w:val="22"/>
        </w:rPr>
      </w:pPr>
      <w:proofErr w:type="gramStart"/>
      <w:r w:rsidRPr="00102213">
        <w:rPr>
          <w:rFonts w:ascii="Arial" w:hAnsi="Arial" w:cs="Arial"/>
          <w:sz w:val="22"/>
        </w:rPr>
        <w:t>Objectif :</w:t>
      </w:r>
      <w:proofErr w:type="gramEnd"/>
      <w:r w:rsidRPr="00102213">
        <w:rPr>
          <w:rFonts w:ascii="Arial" w:hAnsi="Arial" w:cs="Arial"/>
          <w:sz w:val="22"/>
        </w:rPr>
        <w:t xml:space="preserve"> </w:t>
      </w:r>
      <w:r w:rsidRPr="00DB45FC">
        <w:rPr>
          <w:rFonts w:ascii="Arial" w:hAnsi="Arial" w:cs="Arial"/>
          <w:b/>
          <w:bCs/>
          <w:color w:val="26392F"/>
          <w:sz w:val="24"/>
          <w:szCs w:val="24"/>
        </w:rPr>
        <w:t>·</w:t>
      </w:r>
      <w:r>
        <w:rPr>
          <w:rFonts w:ascii="Arial" w:hAnsi="Arial" w:cs="Arial"/>
          <w:b/>
          <w:bCs/>
          <w:color w:val="26392F"/>
          <w:sz w:val="24"/>
          <w:szCs w:val="24"/>
        </w:rPr>
        <w:t xml:space="preserve"> </w:t>
      </w:r>
      <w:proofErr w:type="spellStart"/>
      <w:r>
        <w:rPr>
          <w:rFonts w:ascii="Arial" w:hAnsi="Arial" w:cs="Arial"/>
          <w:b/>
          <w:bCs/>
          <w:color w:val="26392F"/>
          <w:sz w:val="24"/>
          <w:szCs w:val="24"/>
        </w:rPr>
        <w:t>comprendre</w:t>
      </w:r>
      <w:proofErr w:type="spellEnd"/>
      <w:r>
        <w:rPr>
          <w:rFonts w:ascii="Arial" w:hAnsi="Arial" w:cs="Arial"/>
          <w:b/>
          <w:bCs/>
          <w:color w:val="26392F"/>
          <w:sz w:val="24"/>
          <w:szCs w:val="24"/>
        </w:rPr>
        <w:t xml:space="preserve"> que la </w:t>
      </w:r>
      <w:r w:rsidRPr="00DB45FC">
        <w:rPr>
          <w:rFonts w:ascii="Arial" w:hAnsi="Arial" w:cs="Arial"/>
          <w:b/>
          <w:bCs/>
          <w:color w:val="26392F"/>
          <w:sz w:val="24"/>
          <w:szCs w:val="24"/>
        </w:rPr>
        <w:t xml:space="preserve">science qui </w:t>
      </w:r>
      <w:proofErr w:type="spellStart"/>
      <w:r w:rsidRPr="00DB45FC">
        <w:rPr>
          <w:rFonts w:ascii="Arial" w:hAnsi="Arial" w:cs="Arial"/>
          <w:b/>
          <w:bCs/>
          <w:color w:val="26392F"/>
          <w:sz w:val="24"/>
          <w:szCs w:val="24"/>
        </w:rPr>
        <w:t>avance</w:t>
      </w:r>
      <w:proofErr w:type="spellEnd"/>
      <w:r w:rsidRPr="00DB45FC">
        <w:rPr>
          <w:rFonts w:ascii="Arial" w:hAnsi="Arial" w:cs="Arial"/>
          <w:b/>
          <w:bCs/>
          <w:color w:val="26392F"/>
          <w:sz w:val="24"/>
          <w:szCs w:val="24"/>
        </w:rPr>
        <w:t xml:space="preserve"> par étapes et par </w:t>
      </w:r>
      <w:proofErr w:type="spellStart"/>
      <w:r w:rsidRPr="00DB45FC">
        <w:rPr>
          <w:rFonts w:ascii="Arial" w:hAnsi="Arial" w:cs="Arial"/>
          <w:b/>
          <w:bCs/>
          <w:color w:val="26392F"/>
          <w:sz w:val="24"/>
          <w:szCs w:val="24"/>
        </w:rPr>
        <w:t>erreurs</w:t>
      </w:r>
      <w:proofErr w:type="spellEnd"/>
      <w:r>
        <w:rPr>
          <w:rFonts w:ascii="Arial" w:hAnsi="Arial" w:cs="Arial"/>
          <w:b/>
          <w:bCs/>
          <w:color w:val="26392F"/>
          <w:sz w:val="24"/>
          <w:szCs w:val="24"/>
        </w:rPr>
        <w:t xml:space="preserve"> </w:t>
      </w:r>
      <w:r w:rsidRPr="002931D3">
        <w:rPr>
          <w:rFonts w:ascii="Arial" w:hAnsi="Arial" w:cs="Arial"/>
          <w:b/>
          <w:bCs/>
          <w:color w:val="26392F"/>
          <w:sz w:val="24"/>
          <w:szCs w:val="24"/>
        </w:rPr>
        <w:t xml:space="preserve">se </w:t>
      </w:r>
      <w:proofErr w:type="spellStart"/>
      <w:r w:rsidRPr="002931D3">
        <w:rPr>
          <w:rFonts w:ascii="Arial" w:hAnsi="Arial" w:cs="Arial"/>
          <w:b/>
          <w:bCs/>
          <w:color w:val="26392F"/>
          <w:sz w:val="24"/>
          <w:szCs w:val="24"/>
        </w:rPr>
        <w:t>construit</w:t>
      </w:r>
      <w:proofErr w:type="spellEnd"/>
      <w:r w:rsidRPr="002931D3">
        <w:rPr>
          <w:rFonts w:ascii="Arial" w:hAnsi="Arial" w:cs="Arial"/>
          <w:b/>
          <w:bCs/>
          <w:color w:val="26392F"/>
          <w:sz w:val="24"/>
          <w:szCs w:val="24"/>
        </w:rPr>
        <w:t xml:space="preserve"> dans le </w:t>
      </w:r>
      <w:proofErr w:type="spellStart"/>
      <w:r w:rsidRPr="002931D3">
        <w:rPr>
          <w:rFonts w:ascii="Arial" w:hAnsi="Arial" w:cs="Arial"/>
          <w:b/>
          <w:bCs/>
          <w:color w:val="26392F"/>
          <w:sz w:val="24"/>
          <w:szCs w:val="24"/>
        </w:rPr>
        <w:t>débat</w:t>
      </w:r>
      <w:proofErr w:type="spellEnd"/>
    </w:p>
    <w:p w14:paraId="34323F46" w14:textId="77777777" w:rsidR="00361339" w:rsidRPr="003D2013" w:rsidRDefault="00000000" w:rsidP="00C609B1">
      <w:pPr>
        <w:pStyle w:val="Titre1"/>
        <w:spacing w:line="240" w:lineRule="auto"/>
        <w:rPr>
          <w:rFonts w:ascii="Arial" w:hAnsi="Arial" w:cs="Arial"/>
          <w:color w:val="auto"/>
          <w:sz w:val="22"/>
          <w:szCs w:val="22"/>
          <w:u w:val="single"/>
        </w:rPr>
      </w:pPr>
      <w:proofErr w:type="spellStart"/>
      <w:r w:rsidRPr="003D2013">
        <w:rPr>
          <w:rFonts w:ascii="Arial" w:hAnsi="Arial" w:cs="Arial"/>
          <w:color w:val="auto"/>
          <w:sz w:val="22"/>
          <w:szCs w:val="22"/>
          <w:u w:val="single"/>
        </w:rPr>
        <w:t>Consignes</w:t>
      </w:r>
      <w:proofErr w:type="spellEnd"/>
    </w:p>
    <w:p w14:paraId="06B23614"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Consultez les parties consacrées à Lamarck et à </w:t>
      </w:r>
      <w:proofErr w:type="gramStart"/>
      <w:r w:rsidRPr="00102213">
        <w:rPr>
          <w:rFonts w:ascii="Arial" w:hAnsi="Arial" w:cs="Arial"/>
          <w:sz w:val="22"/>
        </w:rPr>
        <w:t>Cuvier ;</w:t>
      </w:r>
      <w:proofErr w:type="gramEnd"/>
      <w:r w:rsidRPr="00102213">
        <w:rPr>
          <w:rFonts w:ascii="Arial" w:hAnsi="Arial" w:cs="Arial"/>
          <w:sz w:val="22"/>
        </w:rPr>
        <w:t xml:space="preserve"> puis, si possible, celle consacrée à Darwin.</w:t>
      </w:r>
    </w:p>
    <w:p w14:paraId="7DD141FA"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Pour chaque scientifique, </w:t>
      </w:r>
      <w:proofErr w:type="gramStart"/>
      <w:r w:rsidRPr="00102213">
        <w:rPr>
          <w:rFonts w:ascii="Arial" w:hAnsi="Arial" w:cs="Arial"/>
          <w:sz w:val="22"/>
        </w:rPr>
        <w:t>relevez :</w:t>
      </w:r>
      <w:proofErr w:type="gramEnd"/>
      <w:r w:rsidRPr="00102213">
        <w:rPr>
          <w:rFonts w:ascii="Arial" w:hAnsi="Arial" w:cs="Arial"/>
          <w:sz w:val="22"/>
        </w:rPr>
        <w:t xml:space="preserve"> ce qu’il observe, ce qu’il pense des espèces et comment il explique les changements ou les disparitions.</w:t>
      </w:r>
    </w:p>
    <w:p w14:paraId="5FDD142C"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Ne cherchez pas à savoir immédiatement qui a « raison </w:t>
      </w:r>
      <w:proofErr w:type="gramStart"/>
      <w:r w:rsidRPr="00102213">
        <w:rPr>
          <w:rFonts w:ascii="Arial" w:hAnsi="Arial" w:cs="Arial"/>
          <w:sz w:val="22"/>
        </w:rPr>
        <w:t>» :</w:t>
      </w:r>
      <w:proofErr w:type="gramEnd"/>
      <w:r w:rsidRPr="00102213">
        <w:rPr>
          <w:rFonts w:ascii="Arial" w:hAnsi="Arial" w:cs="Arial"/>
          <w:sz w:val="22"/>
        </w:rPr>
        <w:t xml:space="preserve"> cherchez d’abord à comprendre les raisonnements.</w:t>
      </w:r>
    </w:p>
    <w:p w14:paraId="3F5BBBAB" w14:textId="23418C0A" w:rsidR="00361339" w:rsidRPr="003D2013" w:rsidRDefault="00000000" w:rsidP="00C609B1">
      <w:pPr>
        <w:pStyle w:val="Titre1"/>
        <w:spacing w:line="240" w:lineRule="auto"/>
        <w:rPr>
          <w:rFonts w:ascii="Arial" w:hAnsi="Arial" w:cs="Arial"/>
          <w:color w:val="auto"/>
          <w:sz w:val="22"/>
          <w:szCs w:val="22"/>
          <w:u w:val="single"/>
        </w:rPr>
      </w:pPr>
      <w:r w:rsidRPr="003D2013">
        <w:rPr>
          <w:rFonts w:ascii="Arial" w:hAnsi="Arial" w:cs="Arial"/>
          <w:color w:val="auto"/>
          <w:sz w:val="22"/>
          <w:szCs w:val="22"/>
          <w:u w:val="single"/>
        </w:rPr>
        <w:t>Questions</w:t>
      </w:r>
      <w:r w:rsidR="00690842" w:rsidRPr="003D2013">
        <w:rPr>
          <w:rFonts w:ascii="Arial" w:hAnsi="Arial" w:cs="Arial"/>
          <w:color w:val="auto"/>
          <w:sz w:val="22"/>
          <w:szCs w:val="22"/>
          <w:u w:val="single"/>
        </w:rPr>
        <w:t xml:space="preserve"> </w:t>
      </w:r>
      <w:r w:rsidR="00690842" w:rsidRPr="003D2013">
        <w:rPr>
          <w:rFonts w:ascii="Arial" w:hAnsi="Arial" w:cs="Arial"/>
          <w:color w:val="auto"/>
          <w:sz w:val="22"/>
          <w:szCs w:val="22"/>
          <w:u w:val="single"/>
        </w:rPr>
        <w:t xml:space="preserve">pour </w:t>
      </w:r>
      <w:proofErr w:type="spellStart"/>
      <w:r w:rsidR="00690842" w:rsidRPr="003D2013">
        <w:rPr>
          <w:rFonts w:ascii="Arial" w:hAnsi="Arial" w:cs="Arial"/>
          <w:color w:val="auto"/>
          <w:sz w:val="22"/>
          <w:szCs w:val="22"/>
          <w:u w:val="single"/>
        </w:rPr>
        <w:t>vous</w:t>
      </w:r>
      <w:proofErr w:type="spellEnd"/>
      <w:r w:rsidR="00690842" w:rsidRPr="003D2013">
        <w:rPr>
          <w:rFonts w:ascii="Arial" w:hAnsi="Arial" w:cs="Arial"/>
          <w:color w:val="auto"/>
          <w:sz w:val="22"/>
          <w:szCs w:val="22"/>
          <w:u w:val="single"/>
        </w:rPr>
        <w:t xml:space="preserve"> guider</w:t>
      </w:r>
    </w:p>
    <w:p w14:paraId="3D3B673D"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1. Quelle est l’idée principale défendue par Lamarck concernant la transformation des </w:t>
      </w:r>
      <w:proofErr w:type="gramStart"/>
      <w:r w:rsidRPr="00102213">
        <w:rPr>
          <w:rFonts w:ascii="Arial" w:hAnsi="Arial" w:cs="Arial"/>
          <w:sz w:val="22"/>
        </w:rPr>
        <w:t>espèces ?</w:t>
      </w:r>
      <w:proofErr w:type="gramEnd"/>
    </w:p>
    <w:p w14:paraId="2AF45A04"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2. Que montre Cuvier grâce à l’étude des </w:t>
      </w:r>
      <w:proofErr w:type="gramStart"/>
      <w:r w:rsidRPr="00102213">
        <w:rPr>
          <w:rFonts w:ascii="Arial" w:hAnsi="Arial" w:cs="Arial"/>
          <w:sz w:val="22"/>
        </w:rPr>
        <w:t>fossiles ?</w:t>
      </w:r>
      <w:proofErr w:type="gramEnd"/>
    </w:p>
    <w:p w14:paraId="7B2E1089"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3. Sur quel point leurs conceptions s’opposent-</w:t>
      </w:r>
      <w:proofErr w:type="gramStart"/>
      <w:r w:rsidRPr="00102213">
        <w:rPr>
          <w:rFonts w:ascii="Arial" w:hAnsi="Arial" w:cs="Arial"/>
          <w:sz w:val="22"/>
        </w:rPr>
        <w:t>elles ?</w:t>
      </w:r>
      <w:proofErr w:type="gramEnd"/>
    </w:p>
    <w:p w14:paraId="313D43BE"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4. Pourquoi deux scientifiques travaillant à la même époque peuvent-ils arriver à des conclusions </w:t>
      </w:r>
      <w:proofErr w:type="gramStart"/>
      <w:r w:rsidRPr="00102213">
        <w:rPr>
          <w:rFonts w:ascii="Arial" w:hAnsi="Arial" w:cs="Arial"/>
          <w:sz w:val="22"/>
        </w:rPr>
        <w:t>différentes ?</w:t>
      </w:r>
      <w:proofErr w:type="gramEnd"/>
    </w:p>
    <w:p w14:paraId="165CA020"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5. Que nous apprend cet exemple sur la construction d’une théorie </w:t>
      </w:r>
      <w:proofErr w:type="gramStart"/>
      <w:r w:rsidRPr="00102213">
        <w:rPr>
          <w:rFonts w:ascii="Arial" w:hAnsi="Arial" w:cs="Arial"/>
          <w:sz w:val="22"/>
        </w:rPr>
        <w:t>scientifique ?</w:t>
      </w:r>
      <w:proofErr w:type="gramEnd"/>
    </w:p>
    <w:p w14:paraId="7A77A5C4"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6. En quoi les travaux de scientifiques antérieurs ont-ils pu préparer le terrain </w:t>
      </w:r>
      <w:proofErr w:type="gramStart"/>
      <w:r w:rsidRPr="00102213">
        <w:rPr>
          <w:rFonts w:ascii="Arial" w:hAnsi="Arial" w:cs="Arial"/>
          <w:sz w:val="22"/>
        </w:rPr>
        <w:t>pour</w:t>
      </w:r>
      <w:proofErr w:type="gramEnd"/>
      <w:r w:rsidRPr="00102213">
        <w:rPr>
          <w:rFonts w:ascii="Arial" w:hAnsi="Arial" w:cs="Arial"/>
          <w:sz w:val="22"/>
        </w:rPr>
        <w:t xml:space="preserve"> </w:t>
      </w:r>
      <w:proofErr w:type="gramStart"/>
      <w:r w:rsidRPr="00102213">
        <w:rPr>
          <w:rFonts w:ascii="Arial" w:hAnsi="Arial" w:cs="Arial"/>
          <w:sz w:val="22"/>
        </w:rPr>
        <w:t>Darwin ?</w:t>
      </w:r>
      <w:proofErr w:type="gramEnd"/>
    </w:p>
    <w:p w14:paraId="0692D5B5" w14:textId="77777777" w:rsidR="00532C63" w:rsidRPr="00102213" w:rsidRDefault="00532C63" w:rsidP="00C609B1">
      <w:pPr>
        <w:spacing w:line="240" w:lineRule="auto"/>
        <w:rPr>
          <w:rFonts w:ascii="Arial" w:hAnsi="Arial" w:cs="Arial"/>
          <w:sz w:val="22"/>
        </w:rPr>
      </w:pPr>
    </w:p>
    <w:p w14:paraId="281C13EB" w14:textId="77777777" w:rsidR="00532C63" w:rsidRPr="003D2013" w:rsidRDefault="00532C63" w:rsidP="00C609B1">
      <w:pPr>
        <w:spacing w:line="240" w:lineRule="auto"/>
        <w:rPr>
          <w:rFonts w:ascii="Arial" w:hAnsi="Arial" w:cs="Arial"/>
          <w:b/>
          <w:bCs/>
          <w:sz w:val="22"/>
          <w:u w:val="single"/>
        </w:rPr>
      </w:pPr>
      <w:r w:rsidRPr="003D2013">
        <w:rPr>
          <w:rFonts w:ascii="Arial" w:hAnsi="Arial" w:cs="Arial"/>
          <w:b/>
          <w:bCs/>
          <w:sz w:val="22"/>
          <w:u w:val="single"/>
        </w:rPr>
        <w:t xml:space="preserve">Preparer </w:t>
      </w:r>
      <w:proofErr w:type="spellStart"/>
      <w:r w:rsidRPr="003D2013">
        <w:rPr>
          <w:rFonts w:ascii="Arial" w:hAnsi="Arial" w:cs="Arial"/>
          <w:b/>
          <w:bCs/>
          <w:sz w:val="22"/>
          <w:u w:val="single"/>
        </w:rPr>
        <w:t>votre</w:t>
      </w:r>
      <w:proofErr w:type="spellEnd"/>
      <w:r w:rsidRPr="003D2013">
        <w:rPr>
          <w:rFonts w:ascii="Arial" w:hAnsi="Arial" w:cs="Arial"/>
          <w:b/>
          <w:bCs/>
          <w:sz w:val="22"/>
          <w:u w:val="single"/>
        </w:rPr>
        <w:t xml:space="preserve"> </w:t>
      </w:r>
      <w:proofErr w:type="spellStart"/>
      <w:r w:rsidRPr="003D2013">
        <w:rPr>
          <w:rFonts w:ascii="Arial" w:hAnsi="Arial" w:cs="Arial"/>
          <w:b/>
          <w:bCs/>
          <w:sz w:val="22"/>
          <w:u w:val="single"/>
        </w:rPr>
        <w:t>réponse</w:t>
      </w:r>
      <w:proofErr w:type="spellEnd"/>
      <w:r w:rsidRPr="003D2013">
        <w:rPr>
          <w:rFonts w:ascii="Arial" w:hAnsi="Arial" w:cs="Arial"/>
          <w:b/>
          <w:bCs/>
          <w:sz w:val="22"/>
          <w:u w:val="single"/>
        </w:rPr>
        <w:t xml:space="preserve"> à </w:t>
      </w:r>
      <w:proofErr w:type="spellStart"/>
      <w:r w:rsidRPr="003D2013">
        <w:rPr>
          <w:rFonts w:ascii="Arial" w:hAnsi="Arial" w:cs="Arial"/>
          <w:b/>
          <w:bCs/>
          <w:sz w:val="22"/>
          <w:u w:val="single"/>
        </w:rPr>
        <w:t>l’oral</w:t>
      </w:r>
      <w:proofErr w:type="spellEnd"/>
      <w:r w:rsidRPr="003D2013">
        <w:rPr>
          <w:rFonts w:ascii="Arial" w:hAnsi="Arial" w:cs="Arial"/>
          <w:b/>
          <w:bCs/>
          <w:sz w:val="22"/>
          <w:u w:val="single"/>
        </w:rPr>
        <w:t xml:space="preserve">: </w:t>
      </w:r>
    </w:p>
    <w:p w14:paraId="12725B9F" w14:textId="77777777" w:rsidR="00532C63" w:rsidRPr="005D512C" w:rsidRDefault="00532C63" w:rsidP="00C609B1">
      <w:pPr>
        <w:pStyle w:val="Titre21"/>
        <w:pBdr>
          <w:bottom w:val="single" w:sz="6" w:space="4" w:color="A8763C"/>
        </w:pBdr>
        <w:spacing w:before="280" w:after="120"/>
        <w:rPr>
          <w:rFonts w:ascii="Arial" w:hAnsi="Arial" w:cs="Arial"/>
          <w:b/>
          <w:bCs/>
          <w:color w:val="auto"/>
          <w:sz w:val="22"/>
          <w:szCs w:val="22"/>
          <w:u w:val="single"/>
        </w:rPr>
      </w:pPr>
      <w:r w:rsidRPr="005D512C">
        <w:rPr>
          <w:rFonts w:ascii="Arial" w:hAnsi="Arial" w:cs="Arial"/>
          <w:b/>
          <w:bCs/>
          <w:color w:val="auto"/>
          <w:sz w:val="22"/>
          <w:szCs w:val="22"/>
          <w:u w:val="single"/>
        </w:rPr>
        <w:t>1 · Une science qui avance par étapes et par erreurs</w:t>
      </w:r>
    </w:p>
    <w:p w14:paraId="4831AEBD" w14:textId="77777777" w:rsidR="00532C63" w:rsidRPr="00102213" w:rsidRDefault="00532C63" w:rsidP="00C609B1">
      <w:pPr>
        <w:spacing w:before="160" w:after="60" w:line="240" w:lineRule="auto"/>
        <w:rPr>
          <w:rFonts w:ascii="Arial" w:hAnsi="Arial" w:cs="Arial"/>
          <w:sz w:val="22"/>
        </w:rPr>
      </w:pPr>
      <w:r w:rsidRPr="00102213">
        <w:rPr>
          <w:rFonts w:ascii="Arial" w:hAnsi="Arial" w:cs="Arial"/>
          <w:sz w:val="22"/>
        </w:rPr>
        <w:t xml:space="preserve">1. </w:t>
      </w:r>
      <w:proofErr w:type="spellStart"/>
      <w:r w:rsidRPr="00102213">
        <w:rPr>
          <w:rFonts w:ascii="Arial" w:hAnsi="Arial" w:cs="Arial"/>
          <w:sz w:val="22"/>
        </w:rPr>
        <w:t>D'après</w:t>
      </w:r>
      <w:proofErr w:type="spellEnd"/>
      <w:r w:rsidRPr="00102213">
        <w:rPr>
          <w:rFonts w:ascii="Arial" w:hAnsi="Arial" w:cs="Arial"/>
          <w:sz w:val="22"/>
        </w:rPr>
        <w:t xml:space="preserve"> </w:t>
      </w:r>
      <w:proofErr w:type="spellStart"/>
      <w:r w:rsidRPr="00102213">
        <w:rPr>
          <w:rFonts w:ascii="Arial" w:hAnsi="Arial" w:cs="Arial"/>
          <w:sz w:val="22"/>
        </w:rPr>
        <w:t>vous</w:t>
      </w:r>
      <w:proofErr w:type="spellEnd"/>
      <w:r w:rsidRPr="00102213">
        <w:rPr>
          <w:rFonts w:ascii="Arial" w:hAnsi="Arial" w:cs="Arial"/>
          <w:sz w:val="22"/>
        </w:rPr>
        <w:t xml:space="preserve">, </w:t>
      </w:r>
      <w:proofErr w:type="spellStart"/>
      <w:r w:rsidRPr="00102213">
        <w:rPr>
          <w:rFonts w:ascii="Arial" w:hAnsi="Arial" w:cs="Arial"/>
          <w:sz w:val="22"/>
        </w:rPr>
        <w:t>quelles</w:t>
      </w:r>
      <w:proofErr w:type="spellEnd"/>
      <w:r w:rsidRPr="00102213">
        <w:rPr>
          <w:rFonts w:ascii="Arial" w:hAnsi="Arial" w:cs="Arial"/>
          <w:sz w:val="22"/>
        </w:rPr>
        <w:t xml:space="preserve"> </w:t>
      </w:r>
      <w:proofErr w:type="spellStart"/>
      <w:r w:rsidRPr="00102213">
        <w:rPr>
          <w:rFonts w:ascii="Arial" w:hAnsi="Arial" w:cs="Arial"/>
          <w:sz w:val="22"/>
        </w:rPr>
        <w:t>idées</w:t>
      </w:r>
      <w:proofErr w:type="spellEnd"/>
      <w:r w:rsidRPr="00102213">
        <w:rPr>
          <w:rFonts w:ascii="Arial" w:hAnsi="Arial" w:cs="Arial"/>
          <w:sz w:val="22"/>
        </w:rPr>
        <w:t xml:space="preserve"> de Buffon </w:t>
      </w:r>
      <w:proofErr w:type="spellStart"/>
      <w:r w:rsidRPr="00102213">
        <w:rPr>
          <w:rFonts w:ascii="Arial" w:hAnsi="Arial" w:cs="Arial"/>
          <w:sz w:val="22"/>
        </w:rPr>
        <w:t>ou</w:t>
      </w:r>
      <w:proofErr w:type="spellEnd"/>
      <w:r w:rsidRPr="00102213">
        <w:rPr>
          <w:rFonts w:ascii="Arial" w:hAnsi="Arial" w:cs="Arial"/>
          <w:sz w:val="22"/>
        </w:rPr>
        <w:t xml:space="preserve"> de Lamarck </w:t>
      </w:r>
      <w:proofErr w:type="spellStart"/>
      <w:r w:rsidRPr="00102213">
        <w:rPr>
          <w:rFonts w:ascii="Arial" w:hAnsi="Arial" w:cs="Arial"/>
          <w:sz w:val="22"/>
        </w:rPr>
        <w:t>vous</w:t>
      </w:r>
      <w:proofErr w:type="spellEnd"/>
      <w:r w:rsidRPr="00102213">
        <w:rPr>
          <w:rFonts w:ascii="Arial" w:hAnsi="Arial" w:cs="Arial"/>
          <w:sz w:val="22"/>
        </w:rPr>
        <w:t xml:space="preserve"> </w:t>
      </w:r>
      <w:proofErr w:type="spellStart"/>
      <w:r w:rsidRPr="00102213">
        <w:rPr>
          <w:rFonts w:ascii="Arial" w:hAnsi="Arial" w:cs="Arial"/>
          <w:sz w:val="22"/>
        </w:rPr>
        <w:t>semblent</w:t>
      </w:r>
      <w:proofErr w:type="spellEnd"/>
      <w:r w:rsidRPr="00102213">
        <w:rPr>
          <w:rFonts w:ascii="Arial" w:hAnsi="Arial" w:cs="Arial"/>
          <w:sz w:val="22"/>
        </w:rPr>
        <w:t xml:space="preserve"> </w:t>
      </w:r>
      <w:proofErr w:type="spellStart"/>
      <w:r w:rsidRPr="00102213">
        <w:rPr>
          <w:rFonts w:ascii="Arial" w:hAnsi="Arial" w:cs="Arial"/>
          <w:sz w:val="22"/>
        </w:rPr>
        <w:t>aujourd'hui</w:t>
      </w:r>
      <w:proofErr w:type="spellEnd"/>
      <w:r w:rsidRPr="00102213">
        <w:rPr>
          <w:rFonts w:ascii="Arial" w:hAnsi="Arial" w:cs="Arial"/>
          <w:sz w:val="22"/>
        </w:rPr>
        <w:t xml:space="preserve"> </w:t>
      </w:r>
      <w:proofErr w:type="spellStart"/>
      <w:r w:rsidRPr="00102213">
        <w:rPr>
          <w:rFonts w:ascii="Arial" w:hAnsi="Arial" w:cs="Arial"/>
          <w:sz w:val="22"/>
        </w:rPr>
        <w:t>fausses</w:t>
      </w:r>
      <w:proofErr w:type="spellEnd"/>
      <w:r w:rsidRPr="00102213">
        <w:rPr>
          <w:rFonts w:ascii="Arial" w:hAnsi="Arial" w:cs="Arial"/>
          <w:sz w:val="22"/>
        </w:rPr>
        <w:t xml:space="preserve"> </w:t>
      </w:r>
      <w:proofErr w:type="spellStart"/>
      <w:r w:rsidRPr="00102213">
        <w:rPr>
          <w:rFonts w:ascii="Arial" w:hAnsi="Arial" w:cs="Arial"/>
          <w:sz w:val="22"/>
        </w:rPr>
        <w:t>ou</w:t>
      </w:r>
      <w:proofErr w:type="spellEnd"/>
      <w:r w:rsidRPr="00102213">
        <w:rPr>
          <w:rFonts w:ascii="Arial" w:hAnsi="Arial" w:cs="Arial"/>
          <w:sz w:val="22"/>
        </w:rPr>
        <w:t xml:space="preserve"> </w:t>
      </w:r>
      <w:proofErr w:type="spellStart"/>
      <w:proofErr w:type="gramStart"/>
      <w:r w:rsidRPr="00102213">
        <w:rPr>
          <w:rFonts w:ascii="Arial" w:hAnsi="Arial" w:cs="Arial"/>
          <w:sz w:val="22"/>
        </w:rPr>
        <w:t>incomplètes</w:t>
      </w:r>
      <w:proofErr w:type="spellEnd"/>
      <w:r w:rsidRPr="00102213">
        <w:rPr>
          <w:rFonts w:ascii="Arial" w:hAnsi="Arial" w:cs="Arial"/>
          <w:sz w:val="22"/>
        </w:rPr>
        <w:t xml:space="preserve"> ?</w:t>
      </w:r>
      <w:proofErr w:type="gramEnd"/>
      <w:r w:rsidRPr="00102213">
        <w:rPr>
          <w:rFonts w:ascii="Arial" w:hAnsi="Arial" w:cs="Arial"/>
          <w:sz w:val="22"/>
        </w:rPr>
        <w:t xml:space="preserve"> </w:t>
      </w:r>
      <w:proofErr w:type="spellStart"/>
      <w:r w:rsidRPr="00102213">
        <w:rPr>
          <w:rFonts w:ascii="Arial" w:hAnsi="Arial" w:cs="Arial"/>
          <w:sz w:val="22"/>
        </w:rPr>
        <w:t>Pourquoi</w:t>
      </w:r>
      <w:proofErr w:type="spellEnd"/>
      <w:r w:rsidRPr="00102213">
        <w:rPr>
          <w:rFonts w:ascii="Arial" w:hAnsi="Arial" w:cs="Arial"/>
          <w:sz w:val="22"/>
        </w:rPr>
        <w:t xml:space="preserve"> </w:t>
      </w:r>
      <w:proofErr w:type="spellStart"/>
      <w:r w:rsidRPr="00102213">
        <w:rPr>
          <w:rFonts w:ascii="Arial" w:hAnsi="Arial" w:cs="Arial"/>
          <w:sz w:val="22"/>
        </w:rPr>
        <w:t>ont-elles</w:t>
      </w:r>
      <w:proofErr w:type="spellEnd"/>
      <w:r w:rsidRPr="00102213">
        <w:rPr>
          <w:rFonts w:ascii="Arial" w:hAnsi="Arial" w:cs="Arial"/>
          <w:sz w:val="22"/>
        </w:rPr>
        <w:t xml:space="preserve"> </w:t>
      </w:r>
      <w:proofErr w:type="spellStart"/>
      <w:r w:rsidRPr="00102213">
        <w:rPr>
          <w:rFonts w:ascii="Arial" w:hAnsi="Arial" w:cs="Arial"/>
          <w:sz w:val="22"/>
        </w:rPr>
        <w:t>quand</w:t>
      </w:r>
      <w:proofErr w:type="spellEnd"/>
      <w:r w:rsidRPr="00102213">
        <w:rPr>
          <w:rFonts w:ascii="Arial" w:hAnsi="Arial" w:cs="Arial"/>
          <w:sz w:val="22"/>
        </w:rPr>
        <w:t xml:space="preserve"> </w:t>
      </w:r>
      <w:proofErr w:type="spellStart"/>
      <w:r w:rsidRPr="00102213">
        <w:rPr>
          <w:rFonts w:ascii="Arial" w:hAnsi="Arial" w:cs="Arial"/>
          <w:sz w:val="22"/>
        </w:rPr>
        <w:t>même</w:t>
      </w:r>
      <w:proofErr w:type="spellEnd"/>
      <w:r w:rsidRPr="00102213">
        <w:rPr>
          <w:rFonts w:ascii="Arial" w:hAnsi="Arial" w:cs="Arial"/>
          <w:sz w:val="22"/>
        </w:rPr>
        <w:t xml:space="preserve"> </w:t>
      </w:r>
      <w:proofErr w:type="spellStart"/>
      <w:r w:rsidRPr="00102213">
        <w:rPr>
          <w:rFonts w:ascii="Arial" w:hAnsi="Arial" w:cs="Arial"/>
          <w:sz w:val="22"/>
        </w:rPr>
        <w:t>été</w:t>
      </w:r>
      <w:proofErr w:type="spellEnd"/>
      <w:r w:rsidRPr="00102213">
        <w:rPr>
          <w:rFonts w:ascii="Arial" w:hAnsi="Arial" w:cs="Arial"/>
          <w:sz w:val="22"/>
        </w:rPr>
        <w:t xml:space="preserve"> </w:t>
      </w:r>
      <w:proofErr w:type="spellStart"/>
      <w:r w:rsidRPr="00102213">
        <w:rPr>
          <w:rFonts w:ascii="Arial" w:hAnsi="Arial" w:cs="Arial"/>
          <w:sz w:val="22"/>
        </w:rPr>
        <w:t>utiles</w:t>
      </w:r>
      <w:proofErr w:type="spellEnd"/>
      <w:r w:rsidRPr="00102213">
        <w:rPr>
          <w:rFonts w:ascii="Arial" w:hAnsi="Arial" w:cs="Arial"/>
          <w:sz w:val="22"/>
        </w:rPr>
        <w:t xml:space="preserve"> pour la </w:t>
      </w:r>
      <w:proofErr w:type="gramStart"/>
      <w:r w:rsidRPr="00102213">
        <w:rPr>
          <w:rFonts w:ascii="Arial" w:hAnsi="Arial" w:cs="Arial"/>
          <w:sz w:val="22"/>
        </w:rPr>
        <w:t>suite ?</w:t>
      </w:r>
      <w:proofErr w:type="gramEnd"/>
    </w:p>
    <w:p w14:paraId="3509698B" w14:textId="77777777" w:rsidR="00532C63" w:rsidRPr="00102213" w:rsidRDefault="00532C63" w:rsidP="00C609B1">
      <w:pPr>
        <w:pBdr>
          <w:bottom w:val="single" w:sz="4" w:space="1" w:color="C9C0A0"/>
        </w:pBdr>
        <w:spacing w:after="140" w:line="240" w:lineRule="auto"/>
        <w:rPr>
          <w:rFonts w:ascii="Arial" w:hAnsi="Arial" w:cs="Arial"/>
          <w:sz w:val="22"/>
        </w:rPr>
      </w:pPr>
      <w:r w:rsidRPr="00102213">
        <w:rPr>
          <w:rFonts w:ascii="Arial" w:hAnsi="Arial" w:cs="Arial"/>
          <w:sz w:val="22"/>
        </w:rPr>
        <w:t xml:space="preserve"> </w:t>
      </w:r>
    </w:p>
    <w:p w14:paraId="4522CE04" w14:textId="77777777" w:rsidR="00532C63" w:rsidRPr="00102213" w:rsidRDefault="00532C63" w:rsidP="00C609B1">
      <w:pPr>
        <w:pBdr>
          <w:bottom w:val="single" w:sz="4" w:space="1" w:color="C9C0A0"/>
        </w:pBdr>
        <w:spacing w:after="140" w:line="240" w:lineRule="auto"/>
        <w:rPr>
          <w:rFonts w:ascii="Arial" w:hAnsi="Arial" w:cs="Arial"/>
          <w:sz w:val="22"/>
        </w:rPr>
      </w:pPr>
      <w:r w:rsidRPr="00102213">
        <w:rPr>
          <w:rFonts w:ascii="Arial" w:hAnsi="Arial" w:cs="Arial"/>
          <w:sz w:val="22"/>
        </w:rPr>
        <w:t xml:space="preserve"> 2. Cuvier </w:t>
      </w:r>
      <w:proofErr w:type="spellStart"/>
      <w:r w:rsidRPr="00102213">
        <w:rPr>
          <w:rFonts w:ascii="Arial" w:hAnsi="Arial" w:cs="Arial"/>
          <w:sz w:val="22"/>
        </w:rPr>
        <w:t>avait</w:t>
      </w:r>
      <w:proofErr w:type="spellEnd"/>
      <w:r w:rsidRPr="00102213">
        <w:rPr>
          <w:rFonts w:ascii="Arial" w:hAnsi="Arial" w:cs="Arial"/>
          <w:sz w:val="22"/>
        </w:rPr>
        <w:t xml:space="preserve"> raison sur un point (il </w:t>
      </w:r>
      <w:proofErr w:type="spellStart"/>
      <w:r w:rsidRPr="00102213">
        <w:rPr>
          <w:rFonts w:ascii="Arial" w:hAnsi="Arial" w:cs="Arial"/>
          <w:sz w:val="22"/>
        </w:rPr>
        <w:t>existe</w:t>
      </w:r>
      <w:proofErr w:type="spellEnd"/>
      <w:r w:rsidRPr="00102213">
        <w:rPr>
          <w:rFonts w:ascii="Arial" w:hAnsi="Arial" w:cs="Arial"/>
          <w:sz w:val="22"/>
        </w:rPr>
        <w:t xml:space="preserve"> des </w:t>
      </w:r>
      <w:proofErr w:type="spellStart"/>
      <w:r w:rsidRPr="00102213">
        <w:rPr>
          <w:rFonts w:ascii="Arial" w:hAnsi="Arial" w:cs="Arial"/>
          <w:sz w:val="22"/>
        </w:rPr>
        <w:t>espèces</w:t>
      </w:r>
      <w:proofErr w:type="spellEnd"/>
      <w:r w:rsidRPr="00102213">
        <w:rPr>
          <w:rFonts w:ascii="Arial" w:hAnsi="Arial" w:cs="Arial"/>
          <w:sz w:val="22"/>
        </w:rPr>
        <w:t xml:space="preserve"> </w:t>
      </w:r>
      <w:proofErr w:type="spellStart"/>
      <w:r w:rsidRPr="00102213">
        <w:rPr>
          <w:rFonts w:ascii="Arial" w:hAnsi="Arial" w:cs="Arial"/>
          <w:sz w:val="22"/>
        </w:rPr>
        <w:t>disparues</w:t>
      </w:r>
      <w:proofErr w:type="spellEnd"/>
      <w:r w:rsidRPr="00102213">
        <w:rPr>
          <w:rFonts w:ascii="Arial" w:hAnsi="Arial" w:cs="Arial"/>
          <w:sz w:val="22"/>
        </w:rPr>
        <w:t xml:space="preserve">) et tort sur un </w:t>
      </w:r>
      <w:proofErr w:type="spellStart"/>
      <w:r w:rsidRPr="00102213">
        <w:rPr>
          <w:rFonts w:ascii="Arial" w:hAnsi="Arial" w:cs="Arial"/>
          <w:sz w:val="22"/>
        </w:rPr>
        <w:t>autre</w:t>
      </w:r>
      <w:proofErr w:type="spellEnd"/>
      <w:r w:rsidRPr="00102213">
        <w:rPr>
          <w:rFonts w:ascii="Arial" w:hAnsi="Arial" w:cs="Arial"/>
          <w:sz w:val="22"/>
        </w:rPr>
        <w:t xml:space="preserve"> (les </w:t>
      </w:r>
      <w:proofErr w:type="spellStart"/>
      <w:r w:rsidRPr="00102213">
        <w:rPr>
          <w:rFonts w:ascii="Arial" w:hAnsi="Arial" w:cs="Arial"/>
          <w:sz w:val="22"/>
        </w:rPr>
        <w:t>espèces</w:t>
      </w:r>
      <w:proofErr w:type="spellEnd"/>
      <w:r w:rsidRPr="00102213">
        <w:rPr>
          <w:rFonts w:ascii="Arial" w:hAnsi="Arial" w:cs="Arial"/>
          <w:sz w:val="22"/>
        </w:rPr>
        <w:t xml:space="preserve"> ne </w:t>
      </w:r>
      <w:proofErr w:type="spellStart"/>
      <w:r w:rsidRPr="00102213">
        <w:rPr>
          <w:rFonts w:ascii="Arial" w:hAnsi="Arial" w:cs="Arial"/>
          <w:sz w:val="22"/>
        </w:rPr>
        <w:t>changent</w:t>
      </w:r>
      <w:proofErr w:type="spellEnd"/>
      <w:r w:rsidRPr="00102213">
        <w:rPr>
          <w:rFonts w:ascii="Arial" w:hAnsi="Arial" w:cs="Arial"/>
          <w:sz w:val="22"/>
        </w:rPr>
        <w:t xml:space="preserve"> jamais). </w:t>
      </w:r>
      <w:proofErr w:type="spellStart"/>
      <w:r w:rsidRPr="00102213">
        <w:rPr>
          <w:rFonts w:ascii="Arial" w:hAnsi="Arial" w:cs="Arial"/>
          <w:sz w:val="22"/>
        </w:rPr>
        <w:t>Qu'est-ce</w:t>
      </w:r>
      <w:proofErr w:type="spellEnd"/>
      <w:r w:rsidRPr="00102213">
        <w:rPr>
          <w:rFonts w:ascii="Arial" w:hAnsi="Arial" w:cs="Arial"/>
          <w:sz w:val="22"/>
        </w:rPr>
        <w:t xml:space="preserve"> que </w:t>
      </w:r>
      <w:proofErr w:type="spellStart"/>
      <w:r w:rsidRPr="00102213">
        <w:rPr>
          <w:rFonts w:ascii="Arial" w:hAnsi="Arial" w:cs="Arial"/>
          <w:sz w:val="22"/>
        </w:rPr>
        <w:t>cela</w:t>
      </w:r>
      <w:proofErr w:type="spellEnd"/>
      <w:r w:rsidRPr="00102213">
        <w:rPr>
          <w:rFonts w:ascii="Arial" w:hAnsi="Arial" w:cs="Arial"/>
          <w:sz w:val="22"/>
        </w:rPr>
        <w:t xml:space="preserve"> nous </w:t>
      </w:r>
      <w:proofErr w:type="spellStart"/>
      <w:r w:rsidRPr="00102213">
        <w:rPr>
          <w:rFonts w:ascii="Arial" w:hAnsi="Arial" w:cs="Arial"/>
          <w:sz w:val="22"/>
        </w:rPr>
        <w:t>apprend</w:t>
      </w:r>
      <w:proofErr w:type="spellEnd"/>
      <w:r w:rsidRPr="00102213">
        <w:rPr>
          <w:rFonts w:ascii="Arial" w:hAnsi="Arial" w:cs="Arial"/>
          <w:sz w:val="22"/>
        </w:rPr>
        <w:t xml:space="preserve"> sur la manière </w:t>
      </w:r>
      <w:proofErr w:type="spellStart"/>
      <w:r w:rsidRPr="00102213">
        <w:rPr>
          <w:rFonts w:ascii="Arial" w:hAnsi="Arial" w:cs="Arial"/>
          <w:sz w:val="22"/>
        </w:rPr>
        <w:t>dont</w:t>
      </w:r>
      <w:proofErr w:type="spellEnd"/>
      <w:r w:rsidRPr="00102213">
        <w:rPr>
          <w:rFonts w:ascii="Arial" w:hAnsi="Arial" w:cs="Arial"/>
          <w:sz w:val="22"/>
        </w:rPr>
        <w:t xml:space="preserve"> </w:t>
      </w:r>
      <w:proofErr w:type="spellStart"/>
      <w:r w:rsidRPr="00102213">
        <w:rPr>
          <w:rFonts w:ascii="Arial" w:hAnsi="Arial" w:cs="Arial"/>
          <w:sz w:val="22"/>
        </w:rPr>
        <w:t>une</w:t>
      </w:r>
      <w:proofErr w:type="spellEnd"/>
      <w:r w:rsidRPr="00102213">
        <w:rPr>
          <w:rFonts w:ascii="Arial" w:hAnsi="Arial" w:cs="Arial"/>
          <w:sz w:val="22"/>
        </w:rPr>
        <w:t xml:space="preserve"> </w:t>
      </w:r>
      <w:proofErr w:type="spellStart"/>
      <w:r w:rsidRPr="00102213">
        <w:rPr>
          <w:rFonts w:ascii="Arial" w:hAnsi="Arial" w:cs="Arial"/>
          <w:sz w:val="22"/>
        </w:rPr>
        <w:t>théorie</w:t>
      </w:r>
      <w:proofErr w:type="spellEnd"/>
      <w:r w:rsidRPr="00102213">
        <w:rPr>
          <w:rFonts w:ascii="Arial" w:hAnsi="Arial" w:cs="Arial"/>
          <w:sz w:val="22"/>
        </w:rPr>
        <w:t xml:space="preserve"> </w:t>
      </w:r>
      <w:proofErr w:type="spellStart"/>
      <w:r w:rsidRPr="00102213">
        <w:rPr>
          <w:rFonts w:ascii="Arial" w:hAnsi="Arial" w:cs="Arial"/>
          <w:sz w:val="22"/>
        </w:rPr>
        <w:t>scientifique</w:t>
      </w:r>
      <w:proofErr w:type="spellEnd"/>
      <w:r w:rsidRPr="00102213">
        <w:rPr>
          <w:rFonts w:ascii="Arial" w:hAnsi="Arial" w:cs="Arial"/>
          <w:sz w:val="22"/>
        </w:rPr>
        <w:t xml:space="preserve"> se </w:t>
      </w:r>
      <w:proofErr w:type="spellStart"/>
      <w:proofErr w:type="gramStart"/>
      <w:r w:rsidRPr="00102213">
        <w:rPr>
          <w:rFonts w:ascii="Arial" w:hAnsi="Arial" w:cs="Arial"/>
          <w:sz w:val="22"/>
        </w:rPr>
        <w:t>construit</w:t>
      </w:r>
      <w:proofErr w:type="spellEnd"/>
      <w:r w:rsidRPr="00102213">
        <w:rPr>
          <w:rFonts w:ascii="Arial" w:hAnsi="Arial" w:cs="Arial"/>
          <w:sz w:val="22"/>
        </w:rPr>
        <w:t xml:space="preserve"> ?</w:t>
      </w:r>
      <w:proofErr w:type="gramEnd"/>
    </w:p>
    <w:p w14:paraId="63464518" w14:textId="77777777" w:rsidR="00532C63" w:rsidRPr="00102213" w:rsidRDefault="00532C63" w:rsidP="00C609B1">
      <w:pPr>
        <w:pBdr>
          <w:bottom w:val="single" w:sz="4" w:space="1" w:color="C9C0A0"/>
        </w:pBdr>
        <w:spacing w:after="140" w:line="240" w:lineRule="auto"/>
        <w:rPr>
          <w:rFonts w:ascii="Arial" w:hAnsi="Arial" w:cs="Arial"/>
          <w:sz w:val="22"/>
        </w:rPr>
      </w:pPr>
      <w:r w:rsidRPr="00102213">
        <w:rPr>
          <w:rFonts w:ascii="Arial" w:hAnsi="Arial" w:cs="Arial"/>
          <w:sz w:val="22"/>
        </w:rPr>
        <w:t xml:space="preserve"> </w:t>
      </w:r>
    </w:p>
    <w:p w14:paraId="19D59B2A" w14:textId="77777777" w:rsidR="00532C63" w:rsidRPr="005D512C" w:rsidRDefault="00532C63" w:rsidP="00C609B1">
      <w:pPr>
        <w:pBdr>
          <w:bottom w:val="single" w:sz="4" w:space="1" w:color="C9C0A0"/>
        </w:pBdr>
        <w:spacing w:after="140" w:line="240" w:lineRule="auto"/>
        <w:rPr>
          <w:rFonts w:ascii="Arial" w:hAnsi="Arial" w:cs="Arial"/>
          <w:b/>
          <w:bCs/>
          <w:sz w:val="22"/>
          <w:u w:val="single"/>
        </w:rPr>
      </w:pPr>
      <w:r w:rsidRPr="005D512C">
        <w:rPr>
          <w:rFonts w:ascii="Arial" w:hAnsi="Arial" w:cs="Arial"/>
          <w:b/>
          <w:bCs/>
          <w:sz w:val="22"/>
          <w:u w:val="single"/>
        </w:rPr>
        <w:t xml:space="preserve"> 2 · Une science qui se </w:t>
      </w:r>
      <w:proofErr w:type="spellStart"/>
      <w:r w:rsidRPr="005D512C">
        <w:rPr>
          <w:rFonts w:ascii="Arial" w:hAnsi="Arial" w:cs="Arial"/>
          <w:b/>
          <w:bCs/>
          <w:sz w:val="22"/>
          <w:u w:val="single"/>
        </w:rPr>
        <w:t>construit</w:t>
      </w:r>
      <w:proofErr w:type="spellEnd"/>
      <w:r w:rsidRPr="005D512C">
        <w:rPr>
          <w:rFonts w:ascii="Arial" w:hAnsi="Arial" w:cs="Arial"/>
          <w:b/>
          <w:bCs/>
          <w:sz w:val="22"/>
          <w:u w:val="single"/>
        </w:rPr>
        <w:t xml:space="preserve"> dans le </w:t>
      </w:r>
      <w:proofErr w:type="spellStart"/>
      <w:r w:rsidRPr="005D512C">
        <w:rPr>
          <w:rFonts w:ascii="Arial" w:hAnsi="Arial" w:cs="Arial"/>
          <w:b/>
          <w:bCs/>
          <w:sz w:val="22"/>
          <w:u w:val="single"/>
        </w:rPr>
        <w:t>débat</w:t>
      </w:r>
      <w:proofErr w:type="spellEnd"/>
    </w:p>
    <w:p w14:paraId="32AE4DE2" w14:textId="77777777" w:rsidR="00532C63" w:rsidRPr="00102213" w:rsidRDefault="00532C63" w:rsidP="00C609B1">
      <w:pPr>
        <w:spacing w:before="160" w:after="60" w:line="240" w:lineRule="auto"/>
        <w:rPr>
          <w:rFonts w:ascii="Arial" w:hAnsi="Arial" w:cs="Arial"/>
          <w:sz w:val="22"/>
        </w:rPr>
      </w:pPr>
      <w:r w:rsidRPr="00102213">
        <w:rPr>
          <w:rFonts w:ascii="Arial" w:hAnsi="Arial" w:cs="Arial"/>
          <w:sz w:val="22"/>
        </w:rPr>
        <w:t xml:space="preserve">3. </w:t>
      </w:r>
      <w:proofErr w:type="spellStart"/>
      <w:r w:rsidRPr="00102213">
        <w:rPr>
          <w:rFonts w:ascii="Arial" w:hAnsi="Arial" w:cs="Arial"/>
          <w:sz w:val="22"/>
        </w:rPr>
        <w:t>Pourquoi</w:t>
      </w:r>
      <w:proofErr w:type="spellEnd"/>
      <w:r w:rsidRPr="00102213">
        <w:rPr>
          <w:rFonts w:ascii="Arial" w:hAnsi="Arial" w:cs="Arial"/>
          <w:sz w:val="22"/>
        </w:rPr>
        <w:t xml:space="preserve"> Cuvier et Lamarck, qui </w:t>
      </w:r>
      <w:proofErr w:type="spellStart"/>
      <w:r w:rsidRPr="00102213">
        <w:rPr>
          <w:rFonts w:ascii="Arial" w:hAnsi="Arial" w:cs="Arial"/>
          <w:sz w:val="22"/>
        </w:rPr>
        <w:t>travaillaient</w:t>
      </w:r>
      <w:proofErr w:type="spellEnd"/>
      <w:r w:rsidRPr="00102213">
        <w:rPr>
          <w:rFonts w:ascii="Arial" w:hAnsi="Arial" w:cs="Arial"/>
          <w:sz w:val="22"/>
        </w:rPr>
        <w:t xml:space="preserve"> au </w:t>
      </w:r>
      <w:proofErr w:type="spellStart"/>
      <w:r w:rsidRPr="00102213">
        <w:rPr>
          <w:rFonts w:ascii="Arial" w:hAnsi="Arial" w:cs="Arial"/>
          <w:sz w:val="22"/>
        </w:rPr>
        <w:t>même</w:t>
      </w:r>
      <w:proofErr w:type="spellEnd"/>
      <w:r w:rsidRPr="00102213">
        <w:rPr>
          <w:rFonts w:ascii="Arial" w:hAnsi="Arial" w:cs="Arial"/>
          <w:sz w:val="22"/>
        </w:rPr>
        <w:t xml:space="preserve"> </w:t>
      </w:r>
      <w:proofErr w:type="spellStart"/>
      <w:r w:rsidRPr="00102213">
        <w:rPr>
          <w:rFonts w:ascii="Arial" w:hAnsi="Arial" w:cs="Arial"/>
          <w:sz w:val="22"/>
        </w:rPr>
        <w:t>endroit</w:t>
      </w:r>
      <w:proofErr w:type="spellEnd"/>
      <w:r w:rsidRPr="00102213">
        <w:rPr>
          <w:rFonts w:ascii="Arial" w:hAnsi="Arial" w:cs="Arial"/>
          <w:sz w:val="22"/>
        </w:rPr>
        <w:t xml:space="preserve"> et à la </w:t>
      </w:r>
      <w:proofErr w:type="spellStart"/>
      <w:r w:rsidRPr="00102213">
        <w:rPr>
          <w:rFonts w:ascii="Arial" w:hAnsi="Arial" w:cs="Arial"/>
          <w:sz w:val="22"/>
        </w:rPr>
        <w:t>même</w:t>
      </w:r>
      <w:proofErr w:type="spellEnd"/>
      <w:r w:rsidRPr="00102213">
        <w:rPr>
          <w:rFonts w:ascii="Arial" w:hAnsi="Arial" w:cs="Arial"/>
          <w:sz w:val="22"/>
        </w:rPr>
        <w:t xml:space="preserve"> époque, </w:t>
      </w:r>
      <w:proofErr w:type="spellStart"/>
      <w:r w:rsidRPr="00102213">
        <w:rPr>
          <w:rFonts w:ascii="Arial" w:hAnsi="Arial" w:cs="Arial"/>
          <w:sz w:val="22"/>
        </w:rPr>
        <w:t>sont-ils</w:t>
      </w:r>
      <w:proofErr w:type="spellEnd"/>
      <w:r w:rsidRPr="00102213">
        <w:rPr>
          <w:rFonts w:ascii="Arial" w:hAnsi="Arial" w:cs="Arial"/>
          <w:sz w:val="22"/>
        </w:rPr>
        <w:t xml:space="preserve"> </w:t>
      </w:r>
      <w:proofErr w:type="spellStart"/>
      <w:r w:rsidRPr="00102213">
        <w:rPr>
          <w:rFonts w:ascii="Arial" w:hAnsi="Arial" w:cs="Arial"/>
          <w:sz w:val="22"/>
        </w:rPr>
        <w:t>arrivés</w:t>
      </w:r>
      <w:proofErr w:type="spellEnd"/>
      <w:r w:rsidRPr="00102213">
        <w:rPr>
          <w:rFonts w:ascii="Arial" w:hAnsi="Arial" w:cs="Arial"/>
          <w:sz w:val="22"/>
        </w:rPr>
        <w:t xml:space="preserve"> à des conclusions </w:t>
      </w:r>
      <w:proofErr w:type="spellStart"/>
      <w:proofErr w:type="gramStart"/>
      <w:r w:rsidRPr="00102213">
        <w:rPr>
          <w:rFonts w:ascii="Arial" w:hAnsi="Arial" w:cs="Arial"/>
          <w:sz w:val="22"/>
        </w:rPr>
        <w:t>opposées</w:t>
      </w:r>
      <w:proofErr w:type="spellEnd"/>
      <w:r w:rsidRPr="00102213">
        <w:rPr>
          <w:rFonts w:ascii="Arial" w:hAnsi="Arial" w:cs="Arial"/>
          <w:sz w:val="22"/>
        </w:rPr>
        <w:t xml:space="preserve"> ?</w:t>
      </w:r>
      <w:proofErr w:type="gramEnd"/>
    </w:p>
    <w:p w14:paraId="5B177AA1" w14:textId="1E4715CD" w:rsidR="00361339" w:rsidRPr="00102213" w:rsidRDefault="00000000" w:rsidP="00C609B1">
      <w:pPr>
        <w:spacing w:line="240" w:lineRule="auto"/>
        <w:rPr>
          <w:rFonts w:ascii="Arial" w:hAnsi="Arial" w:cs="Arial"/>
          <w:sz w:val="22"/>
        </w:rPr>
      </w:pPr>
      <w:r w:rsidRPr="00102213">
        <w:rPr>
          <w:rFonts w:ascii="Arial" w:hAnsi="Arial" w:cs="Arial"/>
          <w:sz w:val="22"/>
        </w:rPr>
        <w:br w:type="page"/>
      </w:r>
    </w:p>
    <w:p w14:paraId="15D227C8" w14:textId="7397979D" w:rsidR="00804C07" w:rsidRPr="00102213" w:rsidRDefault="00102213" w:rsidP="0010221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rFonts w:ascii="Arial" w:hAnsi="Arial" w:cs="Arial"/>
          <w:sz w:val="22"/>
        </w:rPr>
      </w:pPr>
      <w:r>
        <w:rPr>
          <w:rFonts w:ascii="Arial" w:hAnsi="Arial" w:cs="Arial"/>
          <w:sz w:val="22"/>
        </w:rPr>
        <w:lastRenderedPageBreak/>
        <w:t xml:space="preserve">Resource 3 </w:t>
      </w:r>
      <w:r w:rsidR="00804C07" w:rsidRPr="00102213">
        <w:rPr>
          <w:rFonts w:ascii="Arial" w:hAnsi="Arial" w:cs="Arial"/>
          <w:sz w:val="22"/>
        </w:rPr>
        <w:t xml:space="preserve">→ À </w:t>
      </w:r>
      <w:proofErr w:type="spellStart"/>
      <w:r w:rsidR="00804C07" w:rsidRPr="00102213">
        <w:rPr>
          <w:rFonts w:ascii="Arial" w:hAnsi="Arial" w:cs="Arial"/>
          <w:sz w:val="22"/>
        </w:rPr>
        <w:t>relier</w:t>
      </w:r>
      <w:proofErr w:type="spellEnd"/>
      <w:r w:rsidR="00804C07" w:rsidRPr="00102213">
        <w:rPr>
          <w:rFonts w:ascii="Arial" w:hAnsi="Arial" w:cs="Arial"/>
          <w:sz w:val="22"/>
        </w:rPr>
        <w:t xml:space="preserve"> au </w:t>
      </w:r>
      <w:proofErr w:type="gramStart"/>
      <w:r w:rsidR="00804C07" w:rsidRPr="00102213">
        <w:rPr>
          <w:rFonts w:ascii="Arial" w:hAnsi="Arial" w:cs="Arial"/>
          <w:sz w:val="22"/>
        </w:rPr>
        <w:t>questionnaire :</w:t>
      </w:r>
      <w:proofErr w:type="gramEnd"/>
      <w:r w:rsidR="00804C07" w:rsidRPr="00102213">
        <w:rPr>
          <w:rFonts w:ascii="Arial" w:hAnsi="Arial" w:cs="Arial"/>
          <w:sz w:val="22"/>
        </w:rPr>
        <w:t xml:space="preserve"> questions 7, 8, 9 et 10.</w:t>
      </w:r>
    </w:p>
    <w:p w14:paraId="0376EAF4" w14:textId="77777777" w:rsidR="00361339" w:rsidRPr="003D2013" w:rsidRDefault="00000000" w:rsidP="00C609B1">
      <w:pPr>
        <w:pStyle w:val="Titre1"/>
        <w:spacing w:line="240" w:lineRule="auto"/>
        <w:rPr>
          <w:rFonts w:ascii="Arial" w:hAnsi="Arial" w:cs="Arial"/>
          <w:color w:val="auto"/>
          <w:sz w:val="22"/>
          <w:szCs w:val="22"/>
          <w:u w:val="single"/>
        </w:rPr>
      </w:pPr>
      <w:r w:rsidRPr="003D2013">
        <w:rPr>
          <w:rFonts w:ascii="Arial" w:hAnsi="Arial" w:cs="Arial"/>
          <w:color w:val="auto"/>
          <w:sz w:val="22"/>
          <w:szCs w:val="22"/>
          <w:u w:val="single"/>
        </w:rPr>
        <w:t xml:space="preserve">Documents à </w:t>
      </w:r>
      <w:proofErr w:type="spellStart"/>
      <w:r w:rsidRPr="003D2013">
        <w:rPr>
          <w:rFonts w:ascii="Arial" w:hAnsi="Arial" w:cs="Arial"/>
          <w:color w:val="auto"/>
          <w:sz w:val="22"/>
          <w:szCs w:val="22"/>
          <w:u w:val="single"/>
        </w:rPr>
        <w:t>étudier</w:t>
      </w:r>
      <w:proofErr w:type="spellEnd"/>
    </w:p>
    <w:p w14:paraId="042056E7" w14:textId="77777777" w:rsidR="00361339" w:rsidRPr="00102213" w:rsidRDefault="00000000" w:rsidP="00C609B1">
      <w:pPr>
        <w:spacing w:line="240" w:lineRule="auto"/>
        <w:rPr>
          <w:rFonts w:ascii="Arial" w:hAnsi="Arial" w:cs="Arial"/>
          <w:sz w:val="22"/>
        </w:rPr>
      </w:pPr>
      <w:r w:rsidRPr="00102213">
        <w:rPr>
          <w:rFonts w:ascii="Arial" w:hAnsi="Arial" w:cs="Arial"/>
          <w:sz w:val="22"/>
        </w:rPr>
        <w:t xml:space="preserve">Planet-Vie (ENS) — « Les traits s’héritent et se transforment » et « Le tri sur la </w:t>
      </w:r>
      <w:proofErr w:type="gramStart"/>
      <w:r w:rsidRPr="00102213">
        <w:rPr>
          <w:rFonts w:ascii="Arial" w:hAnsi="Arial" w:cs="Arial"/>
          <w:sz w:val="22"/>
        </w:rPr>
        <w:t>diversité :</w:t>
      </w:r>
      <w:proofErr w:type="gramEnd"/>
      <w:r w:rsidRPr="00102213">
        <w:rPr>
          <w:rFonts w:ascii="Arial" w:hAnsi="Arial" w:cs="Arial"/>
          <w:sz w:val="22"/>
        </w:rPr>
        <w:t xml:space="preserve"> dérive et sélection ». Ces ressources présentent le rôle de la génétique mendélienne dans la compréhension de l’hérédité et expliquent que l’évolution des fréquences des variants peut résulter de la sélection et aussi du hasard.</w:t>
      </w:r>
    </w:p>
    <w:p w14:paraId="67B2A199" w14:textId="5541DB34" w:rsidR="00361339" w:rsidRDefault="00000000" w:rsidP="00C609B1">
      <w:pPr>
        <w:spacing w:line="240" w:lineRule="auto"/>
        <w:rPr>
          <w:rFonts w:ascii="Arial" w:hAnsi="Arial" w:cs="Arial"/>
          <w:i/>
          <w:sz w:val="22"/>
        </w:rPr>
      </w:pPr>
      <w:r w:rsidRPr="00102213">
        <w:rPr>
          <w:rFonts w:ascii="Arial" w:hAnsi="Arial" w:cs="Arial"/>
          <w:i/>
          <w:sz w:val="22"/>
        </w:rPr>
        <w:t>Liens :</w:t>
      </w:r>
      <w:r w:rsidRPr="00102213">
        <w:rPr>
          <w:rFonts w:ascii="Arial" w:hAnsi="Arial" w:cs="Arial"/>
          <w:i/>
          <w:sz w:val="22"/>
        </w:rPr>
        <w:br/>
      </w:r>
      <w:hyperlink r:id="rId10" w:history="1">
        <w:r w:rsidR="000F45B2" w:rsidRPr="00102213">
          <w:rPr>
            <w:rStyle w:val="Lienhypertexte"/>
            <w:rFonts w:ascii="Arial" w:hAnsi="Arial" w:cs="Arial"/>
            <w:i/>
            <w:color w:val="auto"/>
            <w:sz w:val="22"/>
          </w:rPr>
          <w:t>https://planet-vie.ens.fr/thematiques/evolution/mecanismes-theories-et-concepts-de-l-evolution/les-traits-s-heritent-et-se</w:t>
        </w:r>
      </w:hyperlink>
      <w:r w:rsidRPr="00102213">
        <w:rPr>
          <w:rFonts w:ascii="Arial" w:hAnsi="Arial" w:cs="Arial"/>
          <w:i/>
          <w:sz w:val="22"/>
        </w:rPr>
        <w:br/>
      </w:r>
      <w:hyperlink r:id="rId11" w:history="1">
        <w:r w:rsidR="000F45B2" w:rsidRPr="00102213">
          <w:rPr>
            <w:rStyle w:val="Lienhypertexte"/>
            <w:rFonts w:ascii="Arial" w:hAnsi="Arial" w:cs="Arial"/>
            <w:i/>
            <w:color w:val="auto"/>
            <w:sz w:val="22"/>
          </w:rPr>
          <w:t>https://planet-vie.ens.fr/thematiques/evolution/le-tri-sur-la-diversite-derive-et-selection</w:t>
        </w:r>
      </w:hyperlink>
    </w:p>
    <w:p w14:paraId="43C324B1" w14:textId="3E3E547E" w:rsidR="00392C88" w:rsidRPr="00102213" w:rsidRDefault="00392C88" w:rsidP="00392C88">
      <w:pPr>
        <w:pBdr>
          <w:top w:val="single" w:sz="4" w:space="1" w:color="auto"/>
          <w:left w:val="single" w:sz="4" w:space="4" w:color="auto"/>
          <w:bottom w:val="single" w:sz="4" w:space="1" w:color="auto"/>
          <w:right w:val="single" w:sz="4" w:space="4" w:color="auto"/>
        </w:pBdr>
        <w:shd w:val="clear" w:color="auto" w:fill="F2F2F2"/>
        <w:spacing w:before="80" w:after="100" w:line="240" w:lineRule="auto"/>
        <w:rPr>
          <w:rFonts w:ascii="Arial" w:hAnsi="Arial" w:cs="Arial"/>
          <w:sz w:val="22"/>
        </w:rPr>
      </w:pPr>
      <w:proofErr w:type="gramStart"/>
      <w:r w:rsidRPr="00102213">
        <w:rPr>
          <w:rFonts w:ascii="Arial" w:hAnsi="Arial" w:cs="Arial"/>
          <w:sz w:val="22"/>
        </w:rPr>
        <w:t>Objectif :</w:t>
      </w:r>
      <w:proofErr w:type="gramEnd"/>
      <w:r w:rsidRPr="00102213">
        <w:rPr>
          <w:rFonts w:ascii="Arial" w:hAnsi="Arial" w:cs="Arial"/>
          <w:sz w:val="22"/>
        </w:rPr>
        <w:t xml:space="preserve"> </w:t>
      </w:r>
      <w:r w:rsidRPr="00DB45FC">
        <w:rPr>
          <w:rFonts w:ascii="Arial" w:hAnsi="Arial" w:cs="Arial"/>
          <w:b/>
          <w:bCs/>
          <w:color w:val="26392F"/>
          <w:sz w:val="24"/>
          <w:szCs w:val="24"/>
        </w:rPr>
        <w:t>·</w:t>
      </w:r>
      <w:proofErr w:type="spellStart"/>
      <w:r>
        <w:rPr>
          <w:rFonts w:ascii="Arial" w:hAnsi="Arial" w:cs="Arial"/>
          <w:b/>
          <w:bCs/>
          <w:color w:val="26392F"/>
          <w:sz w:val="24"/>
          <w:szCs w:val="24"/>
        </w:rPr>
        <w:t>comprendre</w:t>
      </w:r>
      <w:proofErr w:type="spellEnd"/>
      <w:r>
        <w:rPr>
          <w:rFonts w:ascii="Arial" w:hAnsi="Arial" w:cs="Arial"/>
          <w:b/>
          <w:bCs/>
          <w:color w:val="26392F"/>
          <w:sz w:val="24"/>
          <w:szCs w:val="24"/>
        </w:rPr>
        <w:t xml:space="preserve"> </w:t>
      </w:r>
      <w:proofErr w:type="spellStart"/>
      <w:r>
        <w:rPr>
          <w:rFonts w:ascii="Arial" w:hAnsi="Arial" w:cs="Arial"/>
          <w:b/>
          <w:bCs/>
          <w:color w:val="26392F"/>
          <w:sz w:val="24"/>
          <w:szCs w:val="24"/>
        </w:rPr>
        <w:t>qu’u</w:t>
      </w:r>
      <w:r w:rsidRPr="000A29DB">
        <w:rPr>
          <w:rFonts w:ascii="Arial" w:hAnsi="Arial" w:cs="Arial"/>
          <w:b/>
          <w:bCs/>
          <w:color w:val="26392F"/>
          <w:sz w:val="24"/>
          <w:szCs w:val="24"/>
        </w:rPr>
        <w:t>ne</w:t>
      </w:r>
      <w:proofErr w:type="spellEnd"/>
      <w:r w:rsidRPr="000A29DB">
        <w:rPr>
          <w:rFonts w:ascii="Arial" w:hAnsi="Arial" w:cs="Arial"/>
          <w:b/>
          <w:bCs/>
          <w:color w:val="26392F"/>
          <w:sz w:val="24"/>
          <w:szCs w:val="24"/>
        </w:rPr>
        <w:t xml:space="preserve"> </w:t>
      </w:r>
      <w:proofErr w:type="spellStart"/>
      <w:r w:rsidRPr="000A29DB">
        <w:rPr>
          <w:rFonts w:ascii="Arial" w:hAnsi="Arial" w:cs="Arial"/>
          <w:b/>
          <w:bCs/>
          <w:color w:val="26392F"/>
          <w:sz w:val="24"/>
          <w:szCs w:val="24"/>
        </w:rPr>
        <w:t>découverte</w:t>
      </w:r>
      <w:proofErr w:type="spellEnd"/>
      <w:r w:rsidRPr="000A29DB">
        <w:rPr>
          <w:rFonts w:ascii="Arial" w:hAnsi="Arial" w:cs="Arial"/>
          <w:b/>
          <w:bCs/>
          <w:color w:val="26392F"/>
          <w:sz w:val="24"/>
          <w:szCs w:val="24"/>
        </w:rPr>
        <w:t xml:space="preserve"> </w:t>
      </w:r>
      <w:proofErr w:type="spellStart"/>
      <w:r w:rsidRPr="000A29DB">
        <w:rPr>
          <w:rFonts w:ascii="Arial" w:hAnsi="Arial" w:cs="Arial"/>
          <w:b/>
          <w:bCs/>
          <w:color w:val="26392F"/>
          <w:sz w:val="24"/>
          <w:szCs w:val="24"/>
        </w:rPr>
        <w:t>peut</w:t>
      </w:r>
      <w:proofErr w:type="spellEnd"/>
      <w:r w:rsidRPr="000A29DB">
        <w:rPr>
          <w:rFonts w:ascii="Arial" w:hAnsi="Arial" w:cs="Arial"/>
          <w:b/>
          <w:bCs/>
          <w:color w:val="26392F"/>
          <w:sz w:val="24"/>
          <w:szCs w:val="24"/>
        </w:rPr>
        <w:t xml:space="preserve"> </w:t>
      </w:r>
      <w:proofErr w:type="spellStart"/>
      <w:r w:rsidRPr="000A29DB">
        <w:rPr>
          <w:rFonts w:ascii="Arial" w:hAnsi="Arial" w:cs="Arial"/>
          <w:b/>
          <w:bCs/>
          <w:color w:val="26392F"/>
          <w:sz w:val="24"/>
          <w:szCs w:val="24"/>
        </w:rPr>
        <w:t>être</w:t>
      </w:r>
      <w:proofErr w:type="spellEnd"/>
      <w:r w:rsidRPr="000A29DB">
        <w:rPr>
          <w:rFonts w:ascii="Arial" w:hAnsi="Arial" w:cs="Arial"/>
          <w:b/>
          <w:bCs/>
          <w:color w:val="26392F"/>
          <w:sz w:val="24"/>
          <w:szCs w:val="24"/>
        </w:rPr>
        <w:t xml:space="preserve"> </w:t>
      </w:r>
      <w:proofErr w:type="spellStart"/>
      <w:r w:rsidRPr="000A29DB">
        <w:rPr>
          <w:rFonts w:ascii="Arial" w:hAnsi="Arial" w:cs="Arial"/>
          <w:b/>
          <w:bCs/>
          <w:color w:val="26392F"/>
          <w:sz w:val="24"/>
          <w:szCs w:val="24"/>
        </w:rPr>
        <w:t>ignorée</w:t>
      </w:r>
      <w:proofErr w:type="spellEnd"/>
      <w:r w:rsidRPr="000A29DB">
        <w:rPr>
          <w:rFonts w:ascii="Arial" w:hAnsi="Arial" w:cs="Arial"/>
          <w:b/>
          <w:bCs/>
          <w:color w:val="26392F"/>
          <w:sz w:val="24"/>
          <w:szCs w:val="24"/>
        </w:rPr>
        <w:t xml:space="preserve">, </w:t>
      </w:r>
      <w:proofErr w:type="spellStart"/>
      <w:r w:rsidRPr="000A29DB">
        <w:rPr>
          <w:rFonts w:ascii="Arial" w:hAnsi="Arial" w:cs="Arial"/>
          <w:b/>
          <w:bCs/>
          <w:color w:val="26392F"/>
          <w:sz w:val="24"/>
          <w:szCs w:val="24"/>
        </w:rPr>
        <w:t>puis</w:t>
      </w:r>
      <w:proofErr w:type="spellEnd"/>
      <w:r w:rsidRPr="000A29DB">
        <w:rPr>
          <w:rFonts w:ascii="Arial" w:hAnsi="Arial" w:cs="Arial"/>
          <w:b/>
          <w:bCs/>
          <w:color w:val="26392F"/>
          <w:sz w:val="24"/>
          <w:szCs w:val="24"/>
        </w:rPr>
        <w:t xml:space="preserve"> </w:t>
      </w:r>
      <w:proofErr w:type="spellStart"/>
      <w:r w:rsidRPr="000A29DB">
        <w:rPr>
          <w:rFonts w:ascii="Arial" w:hAnsi="Arial" w:cs="Arial"/>
          <w:b/>
          <w:bCs/>
          <w:color w:val="26392F"/>
          <w:sz w:val="24"/>
          <w:szCs w:val="24"/>
        </w:rPr>
        <w:t>redécouverte</w:t>
      </w:r>
      <w:proofErr w:type="spellEnd"/>
      <w:r w:rsidR="00F86393">
        <w:rPr>
          <w:rFonts w:ascii="Arial" w:hAnsi="Arial" w:cs="Arial"/>
          <w:b/>
          <w:bCs/>
          <w:color w:val="26392F"/>
          <w:sz w:val="24"/>
          <w:szCs w:val="24"/>
        </w:rPr>
        <w:t xml:space="preserve"> et </w:t>
      </w:r>
      <w:proofErr w:type="spellStart"/>
      <w:r w:rsidR="00F86393">
        <w:rPr>
          <w:rFonts w:ascii="Arial" w:hAnsi="Arial" w:cs="Arial"/>
          <w:b/>
          <w:bCs/>
          <w:color w:val="26392F"/>
          <w:sz w:val="24"/>
          <w:szCs w:val="24"/>
        </w:rPr>
        <w:t>q’u</w:t>
      </w:r>
      <w:r w:rsidR="00F86393" w:rsidRPr="000A29DB">
        <w:rPr>
          <w:rFonts w:ascii="Arial" w:hAnsi="Arial" w:cs="Arial"/>
          <w:b/>
          <w:bCs/>
          <w:color w:val="26392F"/>
          <w:sz w:val="24"/>
          <w:szCs w:val="24"/>
        </w:rPr>
        <w:t>ne</w:t>
      </w:r>
      <w:proofErr w:type="spellEnd"/>
      <w:r w:rsidR="00F86393" w:rsidRPr="000A29DB">
        <w:rPr>
          <w:rFonts w:ascii="Arial" w:hAnsi="Arial" w:cs="Arial"/>
          <w:b/>
          <w:bCs/>
          <w:color w:val="26392F"/>
          <w:sz w:val="24"/>
          <w:szCs w:val="24"/>
        </w:rPr>
        <w:t xml:space="preserve"> </w:t>
      </w:r>
      <w:proofErr w:type="spellStart"/>
      <w:r w:rsidR="00F86393" w:rsidRPr="000A29DB">
        <w:rPr>
          <w:rFonts w:ascii="Arial" w:hAnsi="Arial" w:cs="Arial"/>
          <w:b/>
          <w:bCs/>
          <w:color w:val="26392F"/>
          <w:sz w:val="24"/>
          <w:szCs w:val="24"/>
        </w:rPr>
        <w:t>théorie</w:t>
      </w:r>
      <w:proofErr w:type="spellEnd"/>
      <w:r w:rsidR="00F86393" w:rsidRPr="000A29DB">
        <w:rPr>
          <w:rFonts w:ascii="Arial" w:hAnsi="Arial" w:cs="Arial"/>
          <w:b/>
          <w:bCs/>
          <w:color w:val="26392F"/>
          <w:sz w:val="24"/>
          <w:szCs w:val="24"/>
        </w:rPr>
        <w:t xml:space="preserve"> continue </w:t>
      </w:r>
      <w:proofErr w:type="spellStart"/>
      <w:r w:rsidR="00F86393" w:rsidRPr="000A29DB">
        <w:rPr>
          <w:rFonts w:ascii="Arial" w:hAnsi="Arial" w:cs="Arial"/>
          <w:b/>
          <w:bCs/>
          <w:color w:val="26392F"/>
          <w:sz w:val="24"/>
          <w:szCs w:val="24"/>
        </w:rPr>
        <w:t>d'évoluer</w:t>
      </w:r>
      <w:proofErr w:type="spellEnd"/>
    </w:p>
    <w:p w14:paraId="3716379B" w14:textId="77777777" w:rsidR="00361339" w:rsidRPr="003D2013" w:rsidRDefault="00000000" w:rsidP="00C609B1">
      <w:pPr>
        <w:pStyle w:val="Titre1"/>
        <w:spacing w:line="240" w:lineRule="auto"/>
        <w:rPr>
          <w:rFonts w:ascii="Arial" w:hAnsi="Arial" w:cs="Arial"/>
          <w:color w:val="auto"/>
          <w:sz w:val="22"/>
          <w:szCs w:val="22"/>
          <w:u w:val="single"/>
        </w:rPr>
      </w:pPr>
      <w:proofErr w:type="spellStart"/>
      <w:r w:rsidRPr="003D2013">
        <w:rPr>
          <w:rFonts w:ascii="Arial" w:hAnsi="Arial" w:cs="Arial"/>
          <w:color w:val="auto"/>
          <w:sz w:val="22"/>
          <w:szCs w:val="22"/>
          <w:u w:val="single"/>
        </w:rPr>
        <w:t>Consignes</w:t>
      </w:r>
      <w:proofErr w:type="spellEnd"/>
    </w:p>
    <w:p w14:paraId="6A6011D8"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Lisez les passages consacrés à Mendel, à l’hérédité et à la sélection.</w:t>
      </w:r>
    </w:p>
    <w:p w14:paraId="029971D3"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Construisez mentalement — ou sur votre feuille — la </w:t>
      </w:r>
      <w:proofErr w:type="gramStart"/>
      <w:r w:rsidRPr="00102213">
        <w:rPr>
          <w:rFonts w:ascii="Arial" w:hAnsi="Arial" w:cs="Arial"/>
          <w:sz w:val="22"/>
        </w:rPr>
        <w:t>chaîne :</w:t>
      </w:r>
      <w:proofErr w:type="gramEnd"/>
      <w:r w:rsidRPr="00102213">
        <w:rPr>
          <w:rFonts w:ascii="Arial" w:hAnsi="Arial" w:cs="Arial"/>
          <w:sz w:val="22"/>
        </w:rPr>
        <w:t xml:space="preserve"> variation → transmission → sélection → évolution d’une population.</w:t>
      </w:r>
    </w:p>
    <w:p w14:paraId="53B063C6" w14:textId="0EA7C51E"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Repérez ce que les connaissances génétiques apportent par rapport à la </w:t>
      </w:r>
      <w:proofErr w:type="spellStart"/>
      <w:r w:rsidRPr="00102213">
        <w:rPr>
          <w:rFonts w:ascii="Arial" w:hAnsi="Arial" w:cs="Arial"/>
          <w:sz w:val="22"/>
        </w:rPr>
        <w:t>théorie</w:t>
      </w:r>
      <w:proofErr w:type="spellEnd"/>
      <w:r w:rsidRPr="00102213">
        <w:rPr>
          <w:rFonts w:ascii="Arial" w:hAnsi="Arial" w:cs="Arial"/>
          <w:sz w:val="22"/>
        </w:rPr>
        <w:t xml:space="preserve"> de Darwin.</w:t>
      </w:r>
    </w:p>
    <w:p w14:paraId="11ACD633" w14:textId="77777777" w:rsidR="00690842" w:rsidRPr="003D2013" w:rsidRDefault="00000000" w:rsidP="00690842">
      <w:pPr>
        <w:pStyle w:val="Titre1"/>
        <w:spacing w:line="240" w:lineRule="auto"/>
        <w:rPr>
          <w:rFonts w:ascii="Arial" w:hAnsi="Arial" w:cs="Arial"/>
          <w:color w:val="auto"/>
          <w:sz w:val="22"/>
          <w:szCs w:val="22"/>
          <w:u w:val="single"/>
        </w:rPr>
      </w:pPr>
      <w:r w:rsidRPr="003D2013">
        <w:rPr>
          <w:rFonts w:ascii="Arial" w:hAnsi="Arial" w:cs="Arial"/>
          <w:color w:val="auto"/>
          <w:sz w:val="22"/>
          <w:szCs w:val="22"/>
          <w:u w:val="single"/>
        </w:rPr>
        <w:t>Questions</w:t>
      </w:r>
      <w:r w:rsidR="00690842" w:rsidRPr="003D2013">
        <w:rPr>
          <w:rFonts w:ascii="Arial" w:hAnsi="Arial" w:cs="Arial"/>
          <w:color w:val="auto"/>
          <w:sz w:val="22"/>
          <w:szCs w:val="22"/>
          <w:u w:val="single"/>
        </w:rPr>
        <w:t xml:space="preserve"> </w:t>
      </w:r>
      <w:r w:rsidR="00690842" w:rsidRPr="003D2013">
        <w:rPr>
          <w:rFonts w:ascii="Arial" w:hAnsi="Arial" w:cs="Arial"/>
          <w:color w:val="auto"/>
          <w:sz w:val="22"/>
          <w:szCs w:val="22"/>
          <w:u w:val="single"/>
        </w:rPr>
        <w:t xml:space="preserve">pour </w:t>
      </w:r>
      <w:proofErr w:type="spellStart"/>
      <w:r w:rsidR="00690842" w:rsidRPr="003D2013">
        <w:rPr>
          <w:rFonts w:ascii="Arial" w:hAnsi="Arial" w:cs="Arial"/>
          <w:color w:val="auto"/>
          <w:sz w:val="22"/>
          <w:szCs w:val="22"/>
          <w:u w:val="single"/>
        </w:rPr>
        <w:t>vous</w:t>
      </w:r>
      <w:proofErr w:type="spellEnd"/>
      <w:r w:rsidR="00690842" w:rsidRPr="003D2013">
        <w:rPr>
          <w:rFonts w:ascii="Arial" w:hAnsi="Arial" w:cs="Arial"/>
          <w:color w:val="auto"/>
          <w:sz w:val="22"/>
          <w:szCs w:val="22"/>
          <w:u w:val="single"/>
        </w:rPr>
        <w:t xml:space="preserve"> guider</w:t>
      </w:r>
    </w:p>
    <w:p w14:paraId="15375703" w14:textId="3705C260"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1. Qu’étudie Mendel chez les petits </w:t>
      </w:r>
      <w:r w:rsidR="00F86393" w:rsidRPr="00102213">
        <w:rPr>
          <w:rFonts w:ascii="Arial" w:hAnsi="Arial" w:cs="Arial"/>
          <w:sz w:val="22"/>
        </w:rPr>
        <w:t>pois?</w:t>
      </w:r>
    </w:p>
    <w:p w14:paraId="0711C41E"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2. Pourquoi les travaux de Mendel sont-ils importants pour comprendre </w:t>
      </w:r>
      <w:proofErr w:type="gramStart"/>
      <w:r w:rsidRPr="00102213">
        <w:rPr>
          <w:rFonts w:ascii="Arial" w:hAnsi="Arial" w:cs="Arial"/>
          <w:sz w:val="22"/>
        </w:rPr>
        <w:t>l’évolution ?</w:t>
      </w:r>
      <w:proofErr w:type="gramEnd"/>
    </w:p>
    <w:p w14:paraId="4F9D64F3"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3. Quel problème de la théorie de Darwin la génétique permet-elle de mieux </w:t>
      </w:r>
      <w:proofErr w:type="gramStart"/>
      <w:r w:rsidRPr="00102213">
        <w:rPr>
          <w:rFonts w:ascii="Arial" w:hAnsi="Arial" w:cs="Arial"/>
          <w:sz w:val="22"/>
        </w:rPr>
        <w:t>expliquer ?</w:t>
      </w:r>
      <w:proofErr w:type="gramEnd"/>
    </w:p>
    <w:p w14:paraId="6436A501"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4. Pourquoi peut-on dire que Darwin et Mendel apportent des éléments </w:t>
      </w:r>
      <w:proofErr w:type="gramStart"/>
      <w:r w:rsidRPr="00102213">
        <w:rPr>
          <w:rFonts w:ascii="Arial" w:hAnsi="Arial" w:cs="Arial"/>
          <w:sz w:val="22"/>
        </w:rPr>
        <w:t>complémentaires ?</w:t>
      </w:r>
      <w:proofErr w:type="gramEnd"/>
    </w:p>
    <w:p w14:paraId="1F64F254"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5. La sélection naturelle est-elle le seul mécanisme qui peut modifier les fréquences des variants dans une </w:t>
      </w:r>
      <w:proofErr w:type="gramStart"/>
      <w:r w:rsidRPr="00102213">
        <w:rPr>
          <w:rFonts w:ascii="Arial" w:hAnsi="Arial" w:cs="Arial"/>
          <w:sz w:val="22"/>
        </w:rPr>
        <w:t>population ?</w:t>
      </w:r>
      <w:proofErr w:type="gramEnd"/>
    </w:p>
    <w:p w14:paraId="7EB1479E" w14:textId="77777777" w:rsidR="00361339" w:rsidRPr="00102213" w:rsidRDefault="00000000" w:rsidP="00C609B1">
      <w:pPr>
        <w:pStyle w:val="Listepuces"/>
        <w:spacing w:after="40" w:line="240" w:lineRule="auto"/>
        <w:rPr>
          <w:rFonts w:ascii="Arial" w:hAnsi="Arial" w:cs="Arial"/>
          <w:sz w:val="22"/>
        </w:rPr>
      </w:pPr>
      <w:r w:rsidRPr="00102213">
        <w:rPr>
          <w:rFonts w:ascii="Arial" w:hAnsi="Arial" w:cs="Arial"/>
          <w:sz w:val="22"/>
        </w:rPr>
        <w:t xml:space="preserve">6. Pourquoi la théorie de l’évolution peut-elle continuer à être complétée par de nouvelles </w:t>
      </w:r>
      <w:proofErr w:type="gramStart"/>
      <w:r w:rsidRPr="00102213">
        <w:rPr>
          <w:rFonts w:ascii="Arial" w:hAnsi="Arial" w:cs="Arial"/>
          <w:sz w:val="22"/>
        </w:rPr>
        <w:t>découvertes ?</w:t>
      </w:r>
      <w:proofErr w:type="gramEnd"/>
    </w:p>
    <w:p w14:paraId="0BEFDEEC" w14:textId="77777777" w:rsidR="00C273D5" w:rsidRPr="00102213" w:rsidRDefault="00C273D5" w:rsidP="00C609B1">
      <w:pPr>
        <w:pStyle w:val="Listepuces"/>
        <w:numPr>
          <w:ilvl w:val="0"/>
          <w:numId w:val="0"/>
        </w:numPr>
        <w:spacing w:after="40" w:line="240" w:lineRule="auto"/>
        <w:ind w:left="360" w:hanging="360"/>
        <w:rPr>
          <w:rFonts w:ascii="Arial" w:hAnsi="Arial" w:cs="Arial"/>
          <w:sz w:val="22"/>
        </w:rPr>
      </w:pPr>
    </w:p>
    <w:p w14:paraId="34133DE6" w14:textId="2D75E714" w:rsidR="00C273D5" w:rsidRDefault="00C273D5" w:rsidP="00C609B1">
      <w:pPr>
        <w:pStyle w:val="Listepuces"/>
        <w:numPr>
          <w:ilvl w:val="0"/>
          <w:numId w:val="0"/>
        </w:numPr>
        <w:spacing w:after="40" w:line="240" w:lineRule="auto"/>
        <w:ind w:left="360" w:hanging="360"/>
        <w:rPr>
          <w:rFonts w:ascii="Arial" w:hAnsi="Arial" w:cs="Arial"/>
          <w:b/>
          <w:bCs/>
          <w:sz w:val="22"/>
          <w:u w:val="single"/>
        </w:rPr>
      </w:pPr>
      <w:r w:rsidRPr="003D2013">
        <w:rPr>
          <w:rFonts w:ascii="Arial" w:hAnsi="Arial" w:cs="Arial"/>
          <w:b/>
          <w:bCs/>
          <w:sz w:val="22"/>
          <w:u w:val="single"/>
        </w:rPr>
        <w:t xml:space="preserve">Pour preparer </w:t>
      </w:r>
      <w:proofErr w:type="spellStart"/>
      <w:r w:rsidRPr="003D2013">
        <w:rPr>
          <w:rFonts w:ascii="Arial" w:hAnsi="Arial" w:cs="Arial"/>
          <w:b/>
          <w:bCs/>
          <w:sz w:val="22"/>
          <w:u w:val="single"/>
        </w:rPr>
        <w:t>votre</w:t>
      </w:r>
      <w:proofErr w:type="spellEnd"/>
      <w:r w:rsidRPr="003D2013">
        <w:rPr>
          <w:rFonts w:ascii="Arial" w:hAnsi="Arial" w:cs="Arial"/>
          <w:b/>
          <w:bCs/>
          <w:sz w:val="22"/>
          <w:u w:val="single"/>
        </w:rPr>
        <w:t xml:space="preserve"> oral:</w:t>
      </w:r>
    </w:p>
    <w:p w14:paraId="6B4CB245" w14:textId="77777777" w:rsidR="00A2416D" w:rsidRPr="005D512C" w:rsidRDefault="00A2416D" w:rsidP="005D512C">
      <w:pPr>
        <w:pStyle w:val="Titre21"/>
        <w:shd w:val="clear" w:color="auto" w:fill="FFFFFF" w:themeFill="background1"/>
        <w:spacing w:before="280" w:after="120"/>
        <w:rPr>
          <w:rFonts w:ascii="Arial" w:hAnsi="Arial" w:cs="Arial"/>
          <w:sz w:val="24"/>
          <w:szCs w:val="24"/>
          <w:u w:val="single"/>
        </w:rPr>
      </w:pPr>
      <w:r w:rsidRPr="005D512C">
        <w:rPr>
          <w:rFonts w:ascii="Arial" w:hAnsi="Arial" w:cs="Arial"/>
          <w:b/>
          <w:bCs/>
          <w:color w:val="26392F"/>
          <w:sz w:val="24"/>
          <w:szCs w:val="24"/>
          <w:u w:val="single"/>
        </w:rPr>
        <w:t>Une découverte peut être ignorée, puis redécouverte</w:t>
      </w:r>
    </w:p>
    <w:p w14:paraId="78600024" w14:textId="77777777" w:rsidR="00A2416D" w:rsidRPr="000A29DB" w:rsidRDefault="00A2416D" w:rsidP="00A2416D">
      <w:pPr>
        <w:spacing w:before="160" w:after="60"/>
        <w:rPr>
          <w:rFonts w:ascii="Arial" w:hAnsi="Arial" w:cs="Arial"/>
          <w:sz w:val="24"/>
          <w:szCs w:val="24"/>
        </w:rPr>
      </w:pPr>
      <w:r w:rsidRPr="000A29DB">
        <w:rPr>
          <w:rFonts w:ascii="Arial" w:hAnsi="Arial" w:cs="Arial"/>
          <w:b/>
          <w:bCs/>
          <w:color w:val="8A3B2B"/>
          <w:sz w:val="24"/>
          <w:szCs w:val="24"/>
        </w:rPr>
        <w:t xml:space="preserve">7. </w:t>
      </w:r>
      <w:r w:rsidRPr="000A29DB">
        <w:rPr>
          <w:rFonts w:ascii="Arial" w:hAnsi="Arial" w:cs="Arial"/>
          <w:sz w:val="24"/>
          <w:szCs w:val="24"/>
        </w:rPr>
        <w:t xml:space="preserve">Mendel a </w:t>
      </w:r>
      <w:proofErr w:type="spellStart"/>
      <w:r w:rsidRPr="000A29DB">
        <w:rPr>
          <w:rFonts w:ascii="Arial" w:hAnsi="Arial" w:cs="Arial"/>
          <w:sz w:val="24"/>
          <w:szCs w:val="24"/>
        </w:rPr>
        <w:t>découvert</w:t>
      </w:r>
      <w:proofErr w:type="spellEnd"/>
      <w:r w:rsidRPr="000A29DB">
        <w:rPr>
          <w:rFonts w:ascii="Arial" w:hAnsi="Arial" w:cs="Arial"/>
          <w:sz w:val="24"/>
          <w:szCs w:val="24"/>
        </w:rPr>
        <w:t xml:space="preserve"> les </w:t>
      </w:r>
      <w:proofErr w:type="spellStart"/>
      <w:r w:rsidRPr="000A29DB">
        <w:rPr>
          <w:rFonts w:ascii="Arial" w:hAnsi="Arial" w:cs="Arial"/>
          <w:sz w:val="24"/>
          <w:szCs w:val="24"/>
        </w:rPr>
        <w:t>lois</w:t>
      </w:r>
      <w:proofErr w:type="spellEnd"/>
      <w:r w:rsidRPr="000A29DB">
        <w:rPr>
          <w:rFonts w:ascii="Arial" w:hAnsi="Arial" w:cs="Arial"/>
          <w:sz w:val="24"/>
          <w:szCs w:val="24"/>
        </w:rPr>
        <w:t xml:space="preserve"> de </w:t>
      </w:r>
      <w:proofErr w:type="spellStart"/>
      <w:r w:rsidRPr="000A29DB">
        <w:rPr>
          <w:rFonts w:ascii="Arial" w:hAnsi="Arial" w:cs="Arial"/>
          <w:sz w:val="24"/>
          <w:szCs w:val="24"/>
        </w:rPr>
        <w:t>l'hérédité</w:t>
      </w:r>
      <w:proofErr w:type="spellEnd"/>
      <w:r w:rsidRPr="000A29DB">
        <w:rPr>
          <w:rFonts w:ascii="Arial" w:hAnsi="Arial" w:cs="Arial"/>
          <w:sz w:val="24"/>
          <w:szCs w:val="24"/>
        </w:rPr>
        <w:t xml:space="preserve"> </w:t>
      </w:r>
      <w:proofErr w:type="spellStart"/>
      <w:r w:rsidRPr="000A29DB">
        <w:rPr>
          <w:rFonts w:ascii="Arial" w:hAnsi="Arial" w:cs="Arial"/>
          <w:sz w:val="24"/>
          <w:szCs w:val="24"/>
        </w:rPr>
        <w:t>presque</w:t>
      </w:r>
      <w:proofErr w:type="spellEnd"/>
      <w:r w:rsidRPr="000A29DB">
        <w:rPr>
          <w:rFonts w:ascii="Arial" w:hAnsi="Arial" w:cs="Arial"/>
          <w:sz w:val="24"/>
          <w:szCs w:val="24"/>
        </w:rPr>
        <w:t xml:space="preserve"> </w:t>
      </w:r>
      <w:proofErr w:type="spellStart"/>
      <w:r w:rsidRPr="000A29DB">
        <w:rPr>
          <w:rFonts w:ascii="Arial" w:hAnsi="Arial" w:cs="Arial"/>
          <w:sz w:val="24"/>
          <w:szCs w:val="24"/>
        </w:rPr>
        <w:t>en</w:t>
      </w:r>
      <w:proofErr w:type="spellEnd"/>
      <w:r w:rsidRPr="000A29DB">
        <w:rPr>
          <w:rFonts w:ascii="Arial" w:hAnsi="Arial" w:cs="Arial"/>
          <w:sz w:val="24"/>
          <w:szCs w:val="24"/>
        </w:rPr>
        <w:t xml:space="preserve"> </w:t>
      </w:r>
      <w:proofErr w:type="spellStart"/>
      <w:r w:rsidRPr="000A29DB">
        <w:rPr>
          <w:rFonts w:ascii="Arial" w:hAnsi="Arial" w:cs="Arial"/>
          <w:sz w:val="24"/>
          <w:szCs w:val="24"/>
        </w:rPr>
        <w:t>même</w:t>
      </w:r>
      <w:proofErr w:type="spellEnd"/>
      <w:r w:rsidRPr="000A29DB">
        <w:rPr>
          <w:rFonts w:ascii="Arial" w:hAnsi="Arial" w:cs="Arial"/>
          <w:sz w:val="24"/>
          <w:szCs w:val="24"/>
        </w:rPr>
        <w:t xml:space="preserve"> </w:t>
      </w:r>
      <w:proofErr w:type="gramStart"/>
      <w:r w:rsidRPr="000A29DB">
        <w:rPr>
          <w:rFonts w:ascii="Arial" w:hAnsi="Arial" w:cs="Arial"/>
          <w:sz w:val="24"/>
          <w:szCs w:val="24"/>
        </w:rPr>
        <w:t>temps</w:t>
      </w:r>
      <w:proofErr w:type="gramEnd"/>
      <w:r w:rsidRPr="000A29DB">
        <w:rPr>
          <w:rFonts w:ascii="Arial" w:hAnsi="Arial" w:cs="Arial"/>
          <w:sz w:val="24"/>
          <w:szCs w:val="24"/>
        </w:rPr>
        <w:t xml:space="preserve"> que Darwin </w:t>
      </w:r>
      <w:proofErr w:type="spellStart"/>
      <w:r w:rsidRPr="000A29DB">
        <w:rPr>
          <w:rFonts w:ascii="Arial" w:hAnsi="Arial" w:cs="Arial"/>
          <w:sz w:val="24"/>
          <w:szCs w:val="24"/>
        </w:rPr>
        <w:t>publiait</w:t>
      </w:r>
      <w:proofErr w:type="spellEnd"/>
      <w:r w:rsidRPr="000A29DB">
        <w:rPr>
          <w:rFonts w:ascii="Arial" w:hAnsi="Arial" w:cs="Arial"/>
          <w:sz w:val="24"/>
          <w:szCs w:val="24"/>
        </w:rPr>
        <w:t xml:space="preserve"> </w:t>
      </w:r>
      <w:proofErr w:type="spellStart"/>
      <w:r w:rsidRPr="000A29DB">
        <w:rPr>
          <w:rFonts w:ascii="Arial" w:hAnsi="Arial" w:cs="Arial"/>
          <w:sz w:val="24"/>
          <w:szCs w:val="24"/>
        </w:rPr>
        <w:t>sa</w:t>
      </w:r>
      <w:proofErr w:type="spellEnd"/>
      <w:r w:rsidRPr="000A29DB">
        <w:rPr>
          <w:rFonts w:ascii="Arial" w:hAnsi="Arial" w:cs="Arial"/>
          <w:sz w:val="24"/>
          <w:szCs w:val="24"/>
        </w:rPr>
        <w:t xml:space="preserve"> </w:t>
      </w:r>
      <w:proofErr w:type="spellStart"/>
      <w:r w:rsidRPr="000A29DB">
        <w:rPr>
          <w:rFonts w:ascii="Arial" w:hAnsi="Arial" w:cs="Arial"/>
          <w:sz w:val="24"/>
          <w:szCs w:val="24"/>
        </w:rPr>
        <w:t>théorie</w:t>
      </w:r>
      <w:proofErr w:type="spellEnd"/>
      <w:r w:rsidRPr="000A29DB">
        <w:rPr>
          <w:rFonts w:ascii="Arial" w:hAnsi="Arial" w:cs="Arial"/>
          <w:sz w:val="24"/>
          <w:szCs w:val="24"/>
        </w:rPr>
        <w:t xml:space="preserve">, </w:t>
      </w:r>
      <w:proofErr w:type="spellStart"/>
      <w:r w:rsidRPr="000A29DB">
        <w:rPr>
          <w:rFonts w:ascii="Arial" w:hAnsi="Arial" w:cs="Arial"/>
          <w:sz w:val="24"/>
          <w:szCs w:val="24"/>
        </w:rPr>
        <w:t>mais</w:t>
      </w:r>
      <w:proofErr w:type="spellEnd"/>
      <w:r w:rsidRPr="000A29DB">
        <w:rPr>
          <w:rFonts w:ascii="Arial" w:hAnsi="Arial" w:cs="Arial"/>
          <w:sz w:val="24"/>
          <w:szCs w:val="24"/>
        </w:rPr>
        <w:t xml:space="preserve"> </w:t>
      </w:r>
      <w:proofErr w:type="spellStart"/>
      <w:r w:rsidRPr="000A29DB">
        <w:rPr>
          <w:rFonts w:ascii="Arial" w:hAnsi="Arial" w:cs="Arial"/>
          <w:sz w:val="24"/>
          <w:szCs w:val="24"/>
        </w:rPr>
        <w:t>ses</w:t>
      </w:r>
      <w:proofErr w:type="spellEnd"/>
      <w:r w:rsidRPr="000A29DB">
        <w:rPr>
          <w:rFonts w:ascii="Arial" w:hAnsi="Arial" w:cs="Arial"/>
          <w:sz w:val="24"/>
          <w:szCs w:val="24"/>
        </w:rPr>
        <w:t xml:space="preserve"> travaux </w:t>
      </w:r>
      <w:proofErr w:type="spellStart"/>
      <w:r w:rsidRPr="000A29DB">
        <w:rPr>
          <w:rFonts w:ascii="Arial" w:hAnsi="Arial" w:cs="Arial"/>
          <w:sz w:val="24"/>
          <w:szCs w:val="24"/>
        </w:rPr>
        <w:t>ont</w:t>
      </w:r>
      <w:proofErr w:type="spellEnd"/>
      <w:r w:rsidRPr="000A29DB">
        <w:rPr>
          <w:rFonts w:ascii="Arial" w:hAnsi="Arial" w:cs="Arial"/>
          <w:sz w:val="24"/>
          <w:szCs w:val="24"/>
        </w:rPr>
        <w:t xml:space="preserve"> </w:t>
      </w:r>
      <w:proofErr w:type="spellStart"/>
      <w:r w:rsidRPr="000A29DB">
        <w:rPr>
          <w:rFonts w:ascii="Arial" w:hAnsi="Arial" w:cs="Arial"/>
          <w:sz w:val="24"/>
          <w:szCs w:val="24"/>
        </w:rPr>
        <w:t>été</w:t>
      </w:r>
      <w:proofErr w:type="spellEnd"/>
      <w:r w:rsidRPr="000A29DB">
        <w:rPr>
          <w:rFonts w:ascii="Arial" w:hAnsi="Arial" w:cs="Arial"/>
          <w:sz w:val="24"/>
          <w:szCs w:val="24"/>
        </w:rPr>
        <w:t xml:space="preserve"> </w:t>
      </w:r>
      <w:proofErr w:type="spellStart"/>
      <w:r w:rsidRPr="000A29DB">
        <w:rPr>
          <w:rFonts w:ascii="Arial" w:hAnsi="Arial" w:cs="Arial"/>
          <w:sz w:val="24"/>
          <w:szCs w:val="24"/>
        </w:rPr>
        <w:t>ignorés</w:t>
      </w:r>
      <w:proofErr w:type="spellEnd"/>
      <w:r w:rsidRPr="000A29DB">
        <w:rPr>
          <w:rFonts w:ascii="Arial" w:hAnsi="Arial" w:cs="Arial"/>
          <w:sz w:val="24"/>
          <w:szCs w:val="24"/>
        </w:rPr>
        <w:t xml:space="preserve"> pendant 35 ans. </w:t>
      </w:r>
      <w:proofErr w:type="spellStart"/>
      <w:r w:rsidRPr="000A29DB">
        <w:rPr>
          <w:rFonts w:ascii="Arial" w:hAnsi="Arial" w:cs="Arial"/>
          <w:sz w:val="24"/>
          <w:szCs w:val="24"/>
        </w:rPr>
        <w:t>Qu'est-ce</w:t>
      </w:r>
      <w:proofErr w:type="spellEnd"/>
      <w:r w:rsidRPr="000A29DB">
        <w:rPr>
          <w:rFonts w:ascii="Arial" w:hAnsi="Arial" w:cs="Arial"/>
          <w:sz w:val="24"/>
          <w:szCs w:val="24"/>
        </w:rPr>
        <w:t xml:space="preserve"> qui </w:t>
      </w:r>
      <w:proofErr w:type="spellStart"/>
      <w:r w:rsidRPr="000A29DB">
        <w:rPr>
          <w:rFonts w:ascii="Arial" w:hAnsi="Arial" w:cs="Arial"/>
          <w:sz w:val="24"/>
          <w:szCs w:val="24"/>
        </w:rPr>
        <w:t>peut</w:t>
      </w:r>
      <w:proofErr w:type="spellEnd"/>
      <w:r w:rsidRPr="000A29DB">
        <w:rPr>
          <w:rFonts w:ascii="Arial" w:hAnsi="Arial" w:cs="Arial"/>
          <w:sz w:val="24"/>
          <w:szCs w:val="24"/>
        </w:rPr>
        <w:t xml:space="preserve"> </w:t>
      </w:r>
      <w:proofErr w:type="spellStart"/>
      <w:r w:rsidRPr="000A29DB">
        <w:rPr>
          <w:rFonts w:ascii="Arial" w:hAnsi="Arial" w:cs="Arial"/>
          <w:sz w:val="24"/>
          <w:szCs w:val="24"/>
        </w:rPr>
        <w:t>expliquer</w:t>
      </w:r>
      <w:proofErr w:type="spellEnd"/>
      <w:r w:rsidRPr="000A29DB">
        <w:rPr>
          <w:rFonts w:ascii="Arial" w:hAnsi="Arial" w:cs="Arial"/>
          <w:sz w:val="24"/>
          <w:szCs w:val="24"/>
        </w:rPr>
        <w:t xml:space="preserve"> </w:t>
      </w:r>
      <w:proofErr w:type="spellStart"/>
      <w:r w:rsidRPr="000A29DB">
        <w:rPr>
          <w:rFonts w:ascii="Arial" w:hAnsi="Arial" w:cs="Arial"/>
          <w:sz w:val="24"/>
          <w:szCs w:val="24"/>
        </w:rPr>
        <w:t>qu'une</w:t>
      </w:r>
      <w:proofErr w:type="spellEnd"/>
      <w:r w:rsidRPr="000A29DB">
        <w:rPr>
          <w:rFonts w:ascii="Arial" w:hAnsi="Arial" w:cs="Arial"/>
          <w:sz w:val="24"/>
          <w:szCs w:val="24"/>
        </w:rPr>
        <w:t xml:space="preserve"> </w:t>
      </w:r>
      <w:proofErr w:type="spellStart"/>
      <w:r w:rsidRPr="000A29DB">
        <w:rPr>
          <w:rFonts w:ascii="Arial" w:hAnsi="Arial" w:cs="Arial"/>
          <w:sz w:val="24"/>
          <w:szCs w:val="24"/>
        </w:rPr>
        <w:t>découverte</w:t>
      </w:r>
      <w:proofErr w:type="spellEnd"/>
      <w:r w:rsidRPr="000A29DB">
        <w:rPr>
          <w:rFonts w:ascii="Arial" w:hAnsi="Arial" w:cs="Arial"/>
          <w:sz w:val="24"/>
          <w:szCs w:val="24"/>
        </w:rPr>
        <w:t xml:space="preserve"> </w:t>
      </w:r>
      <w:proofErr w:type="spellStart"/>
      <w:r w:rsidRPr="000A29DB">
        <w:rPr>
          <w:rFonts w:ascii="Arial" w:hAnsi="Arial" w:cs="Arial"/>
          <w:sz w:val="24"/>
          <w:szCs w:val="24"/>
        </w:rPr>
        <w:t>importante</w:t>
      </w:r>
      <w:proofErr w:type="spellEnd"/>
      <w:r w:rsidRPr="000A29DB">
        <w:rPr>
          <w:rFonts w:ascii="Arial" w:hAnsi="Arial" w:cs="Arial"/>
          <w:sz w:val="24"/>
          <w:szCs w:val="24"/>
        </w:rPr>
        <w:t xml:space="preserve"> passe </w:t>
      </w:r>
      <w:proofErr w:type="spellStart"/>
      <w:proofErr w:type="gramStart"/>
      <w:r w:rsidRPr="000A29DB">
        <w:rPr>
          <w:rFonts w:ascii="Arial" w:hAnsi="Arial" w:cs="Arial"/>
          <w:sz w:val="24"/>
          <w:szCs w:val="24"/>
        </w:rPr>
        <w:t>inaperçue</w:t>
      </w:r>
      <w:proofErr w:type="spellEnd"/>
      <w:r w:rsidRPr="000A29DB">
        <w:rPr>
          <w:rFonts w:ascii="Arial" w:hAnsi="Arial" w:cs="Arial"/>
          <w:sz w:val="24"/>
          <w:szCs w:val="24"/>
        </w:rPr>
        <w:t xml:space="preserve"> ?</w:t>
      </w:r>
      <w:proofErr w:type="gramEnd"/>
    </w:p>
    <w:p w14:paraId="15F267AE" w14:textId="77777777" w:rsidR="00A2416D" w:rsidRPr="000A29DB" w:rsidRDefault="00A2416D" w:rsidP="00A2416D">
      <w:pPr>
        <w:spacing w:before="160" w:after="60"/>
        <w:rPr>
          <w:rFonts w:ascii="Arial" w:hAnsi="Arial" w:cs="Arial"/>
          <w:sz w:val="24"/>
          <w:szCs w:val="24"/>
        </w:rPr>
      </w:pPr>
      <w:r w:rsidRPr="000A29DB">
        <w:rPr>
          <w:rFonts w:ascii="Arial" w:hAnsi="Arial" w:cs="Arial"/>
          <w:b/>
          <w:bCs/>
          <w:color w:val="8A3B2B"/>
          <w:sz w:val="24"/>
          <w:szCs w:val="24"/>
        </w:rPr>
        <w:t xml:space="preserve">8. </w:t>
      </w:r>
      <w:proofErr w:type="spellStart"/>
      <w:r w:rsidRPr="000A29DB">
        <w:rPr>
          <w:rFonts w:ascii="Arial" w:hAnsi="Arial" w:cs="Arial"/>
          <w:sz w:val="24"/>
          <w:szCs w:val="24"/>
        </w:rPr>
        <w:t>Qu'est-ce</w:t>
      </w:r>
      <w:proofErr w:type="spellEnd"/>
      <w:r w:rsidRPr="000A29DB">
        <w:rPr>
          <w:rFonts w:ascii="Arial" w:hAnsi="Arial" w:cs="Arial"/>
          <w:sz w:val="24"/>
          <w:szCs w:val="24"/>
        </w:rPr>
        <w:t xml:space="preserve"> que </w:t>
      </w:r>
      <w:proofErr w:type="spellStart"/>
      <w:r w:rsidRPr="000A29DB">
        <w:rPr>
          <w:rFonts w:ascii="Arial" w:hAnsi="Arial" w:cs="Arial"/>
          <w:sz w:val="24"/>
          <w:szCs w:val="24"/>
        </w:rPr>
        <w:t>cela</w:t>
      </w:r>
      <w:proofErr w:type="spellEnd"/>
      <w:r w:rsidRPr="000A29DB">
        <w:rPr>
          <w:rFonts w:ascii="Arial" w:hAnsi="Arial" w:cs="Arial"/>
          <w:sz w:val="24"/>
          <w:szCs w:val="24"/>
        </w:rPr>
        <w:t xml:space="preserve"> change de savoir que Darwin ne </w:t>
      </w:r>
      <w:proofErr w:type="spellStart"/>
      <w:r w:rsidRPr="000A29DB">
        <w:rPr>
          <w:rFonts w:ascii="Arial" w:hAnsi="Arial" w:cs="Arial"/>
          <w:sz w:val="24"/>
          <w:szCs w:val="24"/>
        </w:rPr>
        <w:t>connaissait</w:t>
      </w:r>
      <w:proofErr w:type="spellEnd"/>
      <w:r w:rsidRPr="000A29DB">
        <w:rPr>
          <w:rFonts w:ascii="Arial" w:hAnsi="Arial" w:cs="Arial"/>
          <w:sz w:val="24"/>
          <w:szCs w:val="24"/>
        </w:rPr>
        <w:t xml:space="preserve"> pas les </w:t>
      </w:r>
      <w:proofErr w:type="spellStart"/>
      <w:r w:rsidRPr="000A29DB">
        <w:rPr>
          <w:rFonts w:ascii="Arial" w:hAnsi="Arial" w:cs="Arial"/>
          <w:sz w:val="24"/>
          <w:szCs w:val="24"/>
        </w:rPr>
        <w:t>lois</w:t>
      </w:r>
      <w:proofErr w:type="spellEnd"/>
      <w:r w:rsidRPr="000A29DB">
        <w:rPr>
          <w:rFonts w:ascii="Arial" w:hAnsi="Arial" w:cs="Arial"/>
          <w:sz w:val="24"/>
          <w:szCs w:val="24"/>
        </w:rPr>
        <w:t xml:space="preserve"> de Mendel </w:t>
      </w:r>
      <w:proofErr w:type="spellStart"/>
      <w:r w:rsidRPr="000A29DB">
        <w:rPr>
          <w:rFonts w:ascii="Arial" w:hAnsi="Arial" w:cs="Arial"/>
          <w:sz w:val="24"/>
          <w:szCs w:val="24"/>
        </w:rPr>
        <w:t>quand</w:t>
      </w:r>
      <w:proofErr w:type="spellEnd"/>
      <w:r w:rsidRPr="000A29DB">
        <w:rPr>
          <w:rFonts w:ascii="Arial" w:hAnsi="Arial" w:cs="Arial"/>
          <w:sz w:val="24"/>
          <w:szCs w:val="24"/>
        </w:rPr>
        <w:t xml:space="preserve"> il a </w:t>
      </w:r>
      <w:proofErr w:type="spellStart"/>
      <w:r w:rsidRPr="000A29DB">
        <w:rPr>
          <w:rFonts w:ascii="Arial" w:hAnsi="Arial" w:cs="Arial"/>
          <w:sz w:val="24"/>
          <w:szCs w:val="24"/>
        </w:rPr>
        <w:t>écrit</w:t>
      </w:r>
      <w:proofErr w:type="spellEnd"/>
      <w:r w:rsidRPr="000A29DB">
        <w:rPr>
          <w:rFonts w:ascii="Arial" w:hAnsi="Arial" w:cs="Arial"/>
          <w:sz w:val="24"/>
          <w:szCs w:val="24"/>
        </w:rPr>
        <w:t xml:space="preserve"> </w:t>
      </w:r>
      <w:proofErr w:type="spellStart"/>
      <w:r w:rsidRPr="000A29DB">
        <w:rPr>
          <w:rFonts w:ascii="Arial" w:hAnsi="Arial" w:cs="Arial"/>
          <w:sz w:val="24"/>
          <w:szCs w:val="24"/>
        </w:rPr>
        <w:t>sa</w:t>
      </w:r>
      <w:proofErr w:type="spellEnd"/>
      <w:r w:rsidRPr="000A29DB">
        <w:rPr>
          <w:rFonts w:ascii="Arial" w:hAnsi="Arial" w:cs="Arial"/>
          <w:sz w:val="24"/>
          <w:szCs w:val="24"/>
        </w:rPr>
        <w:t xml:space="preserve"> </w:t>
      </w:r>
      <w:proofErr w:type="spellStart"/>
      <w:proofErr w:type="gramStart"/>
      <w:r w:rsidRPr="000A29DB">
        <w:rPr>
          <w:rFonts w:ascii="Arial" w:hAnsi="Arial" w:cs="Arial"/>
          <w:sz w:val="24"/>
          <w:szCs w:val="24"/>
        </w:rPr>
        <w:t>théorie</w:t>
      </w:r>
      <w:proofErr w:type="spellEnd"/>
      <w:r w:rsidRPr="000A29DB">
        <w:rPr>
          <w:rFonts w:ascii="Arial" w:hAnsi="Arial" w:cs="Arial"/>
          <w:sz w:val="24"/>
          <w:szCs w:val="24"/>
        </w:rPr>
        <w:t xml:space="preserve"> ?</w:t>
      </w:r>
      <w:proofErr w:type="gramEnd"/>
    </w:p>
    <w:p w14:paraId="0F8048C5" w14:textId="77777777" w:rsidR="00A2416D" w:rsidRPr="005D512C" w:rsidRDefault="00A2416D" w:rsidP="005D512C">
      <w:pPr>
        <w:pStyle w:val="Titre21"/>
        <w:shd w:val="clear" w:color="auto" w:fill="FFFFFF" w:themeFill="background1"/>
        <w:spacing w:before="280" w:after="120"/>
        <w:rPr>
          <w:rFonts w:ascii="Arial" w:hAnsi="Arial" w:cs="Arial"/>
          <w:sz w:val="24"/>
          <w:szCs w:val="24"/>
          <w:u w:val="single"/>
        </w:rPr>
      </w:pPr>
      <w:r w:rsidRPr="005D512C">
        <w:rPr>
          <w:rFonts w:ascii="Arial" w:hAnsi="Arial" w:cs="Arial"/>
          <w:b/>
          <w:bCs/>
          <w:color w:val="26392F"/>
          <w:sz w:val="24"/>
          <w:szCs w:val="24"/>
          <w:u w:val="single"/>
        </w:rPr>
        <w:t>5 · Une théorie qui continue d'évoluer</w:t>
      </w:r>
    </w:p>
    <w:p w14:paraId="477456C7" w14:textId="77777777" w:rsidR="00A2416D" w:rsidRPr="000A29DB" w:rsidRDefault="00A2416D" w:rsidP="00A2416D">
      <w:pPr>
        <w:spacing w:before="160" w:after="60"/>
        <w:rPr>
          <w:rFonts w:ascii="Arial" w:hAnsi="Arial" w:cs="Arial"/>
          <w:sz w:val="24"/>
          <w:szCs w:val="24"/>
        </w:rPr>
      </w:pPr>
      <w:r w:rsidRPr="000A29DB">
        <w:rPr>
          <w:rFonts w:ascii="Arial" w:hAnsi="Arial" w:cs="Arial"/>
          <w:b/>
          <w:bCs/>
          <w:color w:val="8A3B2B"/>
          <w:sz w:val="24"/>
          <w:szCs w:val="24"/>
        </w:rPr>
        <w:t xml:space="preserve">9. </w:t>
      </w:r>
      <w:proofErr w:type="spellStart"/>
      <w:r w:rsidRPr="000A29DB">
        <w:rPr>
          <w:rFonts w:ascii="Arial" w:hAnsi="Arial" w:cs="Arial"/>
          <w:sz w:val="24"/>
          <w:szCs w:val="24"/>
        </w:rPr>
        <w:t>Pourquoi</w:t>
      </w:r>
      <w:proofErr w:type="spellEnd"/>
      <w:r w:rsidRPr="000A29DB">
        <w:rPr>
          <w:rFonts w:ascii="Arial" w:hAnsi="Arial" w:cs="Arial"/>
          <w:sz w:val="24"/>
          <w:szCs w:val="24"/>
        </w:rPr>
        <w:t xml:space="preserve"> a-t-on </w:t>
      </w:r>
      <w:proofErr w:type="spellStart"/>
      <w:r w:rsidRPr="000A29DB">
        <w:rPr>
          <w:rFonts w:ascii="Arial" w:hAnsi="Arial" w:cs="Arial"/>
          <w:sz w:val="24"/>
          <w:szCs w:val="24"/>
        </w:rPr>
        <w:t>eu</w:t>
      </w:r>
      <w:proofErr w:type="spellEnd"/>
      <w:r w:rsidRPr="000A29DB">
        <w:rPr>
          <w:rFonts w:ascii="Arial" w:hAnsi="Arial" w:cs="Arial"/>
          <w:sz w:val="24"/>
          <w:szCs w:val="24"/>
        </w:rPr>
        <w:t xml:space="preserve"> </w:t>
      </w:r>
      <w:proofErr w:type="spellStart"/>
      <w:r w:rsidRPr="000A29DB">
        <w:rPr>
          <w:rFonts w:ascii="Arial" w:hAnsi="Arial" w:cs="Arial"/>
          <w:sz w:val="24"/>
          <w:szCs w:val="24"/>
        </w:rPr>
        <w:t>besoin</w:t>
      </w:r>
      <w:proofErr w:type="spellEnd"/>
      <w:r w:rsidRPr="000A29DB">
        <w:rPr>
          <w:rFonts w:ascii="Arial" w:hAnsi="Arial" w:cs="Arial"/>
          <w:sz w:val="24"/>
          <w:szCs w:val="24"/>
        </w:rPr>
        <w:t xml:space="preserve">, avec Dobzhansky, de </w:t>
      </w:r>
      <w:proofErr w:type="spellStart"/>
      <w:r w:rsidRPr="000A29DB">
        <w:rPr>
          <w:rFonts w:ascii="Arial" w:hAnsi="Arial" w:cs="Arial"/>
          <w:sz w:val="24"/>
          <w:szCs w:val="24"/>
        </w:rPr>
        <w:t>réunir</w:t>
      </w:r>
      <w:proofErr w:type="spellEnd"/>
      <w:r w:rsidRPr="000A29DB">
        <w:rPr>
          <w:rFonts w:ascii="Arial" w:hAnsi="Arial" w:cs="Arial"/>
          <w:sz w:val="24"/>
          <w:szCs w:val="24"/>
        </w:rPr>
        <w:t xml:space="preserve"> la </w:t>
      </w:r>
      <w:proofErr w:type="spellStart"/>
      <w:r w:rsidRPr="000A29DB">
        <w:rPr>
          <w:rFonts w:ascii="Arial" w:hAnsi="Arial" w:cs="Arial"/>
          <w:sz w:val="24"/>
          <w:szCs w:val="24"/>
        </w:rPr>
        <w:t>théorie</w:t>
      </w:r>
      <w:proofErr w:type="spellEnd"/>
      <w:r w:rsidRPr="000A29DB">
        <w:rPr>
          <w:rFonts w:ascii="Arial" w:hAnsi="Arial" w:cs="Arial"/>
          <w:sz w:val="24"/>
          <w:szCs w:val="24"/>
        </w:rPr>
        <w:t xml:space="preserve"> de Darwin et la </w:t>
      </w:r>
      <w:proofErr w:type="spellStart"/>
      <w:r w:rsidRPr="000A29DB">
        <w:rPr>
          <w:rFonts w:ascii="Arial" w:hAnsi="Arial" w:cs="Arial"/>
          <w:sz w:val="24"/>
          <w:szCs w:val="24"/>
        </w:rPr>
        <w:t>génétique</w:t>
      </w:r>
      <w:proofErr w:type="spellEnd"/>
      <w:r w:rsidRPr="000A29DB">
        <w:rPr>
          <w:rFonts w:ascii="Arial" w:hAnsi="Arial" w:cs="Arial"/>
          <w:sz w:val="24"/>
          <w:szCs w:val="24"/>
        </w:rPr>
        <w:t xml:space="preserve"> de Mendel près d'un siècle plus </w:t>
      </w:r>
      <w:proofErr w:type="gramStart"/>
      <w:r w:rsidRPr="000A29DB">
        <w:rPr>
          <w:rFonts w:ascii="Arial" w:hAnsi="Arial" w:cs="Arial"/>
          <w:sz w:val="24"/>
          <w:szCs w:val="24"/>
        </w:rPr>
        <w:t>tard ?</w:t>
      </w:r>
      <w:proofErr w:type="gramEnd"/>
    </w:p>
    <w:p w14:paraId="5531E662" w14:textId="77777777" w:rsidR="00A2416D" w:rsidRPr="000A29DB" w:rsidRDefault="00A2416D" w:rsidP="00A2416D">
      <w:pPr>
        <w:spacing w:before="160" w:after="60"/>
        <w:rPr>
          <w:rFonts w:ascii="Arial" w:hAnsi="Arial" w:cs="Arial"/>
        </w:rPr>
      </w:pPr>
      <w:r w:rsidRPr="000A29DB">
        <w:rPr>
          <w:rFonts w:ascii="Arial" w:hAnsi="Arial" w:cs="Arial"/>
          <w:b/>
          <w:bCs/>
          <w:color w:val="8A3B2B"/>
        </w:rPr>
        <w:t xml:space="preserve">10. </w:t>
      </w:r>
      <w:r w:rsidRPr="000A29DB">
        <w:rPr>
          <w:rFonts w:ascii="Arial" w:hAnsi="Arial" w:cs="Arial"/>
        </w:rPr>
        <w:t xml:space="preserve">À </w:t>
      </w:r>
      <w:proofErr w:type="spellStart"/>
      <w:r w:rsidRPr="000A29DB">
        <w:rPr>
          <w:rFonts w:ascii="Arial" w:hAnsi="Arial" w:cs="Arial"/>
        </w:rPr>
        <w:t>votre</w:t>
      </w:r>
      <w:proofErr w:type="spellEnd"/>
      <w:r w:rsidRPr="000A29DB">
        <w:rPr>
          <w:rFonts w:ascii="Arial" w:hAnsi="Arial" w:cs="Arial"/>
        </w:rPr>
        <w:t xml:space="preserve"> </w:t>
      </w:r>
      <w:proofErr w:type="spellStart"/>
      <w:r w:rsidRPr="000A29DB">
        <w:rPr>
          <w:rFonts w:ascii="Arial" w:hAnsi="Arial" w:cs="Arial"/>
        </w:rPr>
        <w:t>avis</w:t>
      </w:r>
      <w:proofErr w:type="spellEnd"/>
      <w:r w:rsidRPr="000A29DB">
        <w:rPr>
          <w:rFonts w:ascii="Arial" w:hAnsi="Arial" w:cs="Arial"/>
        </w:rPr>
        <w:t xml:space="preserve">, la </w:t>
      </w:r>
      <w:proofErr w:type="spellStart"/>
      <w:r w:rsidRPr="000A29DB">
        <w:rPr>
          <w:rFonts w:ascii="Arial" w:hAnsi="Arial" w:cs="Arial"/>
        </w:rPr>
        <w:t>théorie</w:t>
      </w:r>
      <w:proofErr w:type="spellEnd"/>
      <w:r w:rsidRPr="000A29DB">
        <w:rPr>
          <w:rFonts w:ascii="Arial" w:hAnsi="Arial" w:cs="Arial"/>
        </w:rPr>
        <w:t xml:space="preserve"> de </w:t>
      </w:r>
      <w:proofErr w:type="spellStart"/>
      <w:r w:rsidRPr="000A29DB">
        <w:rPr>
          <w:rFonts w:ascii="Arial" w:hAnsi="Arial" w:cs="Arial"/>
        </w:rPr>
        <w:t>l'évolution</w:t>
      </w:r>
      <w:proofErr w:type="spellEnd"/>
      <w:r w:rsidRPr="000A29DB">
        <w:rPr>
          <w:rFonts w:ascii="Arial" w:hAnsi="Arial" w:cs="Arial"/>
        </w:rPr>
        <w:t xml:space="preserve"> </w:t>
      </w:r>
      <w:proofErr w:type="spellStart"/>
      <w:r w:rsidRPr="000A29DB">
        <w:rPr>
          <w:rFonts w:ascii="Arial" w:hAnsi="Arial" w:cs="Arial"/>
        </w:rPr>
        <w:t>est-elle</w:t>
      </w:r>
      <w:proofErr w:type="spellEnd"/>
      <w:r w:rsidRPr="000A29DB">
        <w:rPr>
          <w:rFonts w:ascii="Arial" w:hAnsi="Arial" w:cs="Arial"/>
        </w:rPr>
        <w:t xml:space="preserve"> « </w:t>
      </w:r>
      <w:proofErr w:type="spellStart"/>
      <w:r w:rsidRPr="000A29DB">
        <w:rPr>
          <w:rFonts w:ascii="Arial" w:hAnsi="Arial" w:cs="Arial"/>
        </w:rPr>
        <w:t>terminée</w:t>
      </w:r>
      <w:proofErr w:type="spellEnd"/>
      <w:r w:rsidRPr="000A29DB">
        <w:rPr>
          <w:rFonts w:ascii="Arial" w:hAnsi="Arial" w:cs="Arial"/>
        </w:rPr>
        <w:t xml:space="preserve"> » </w:t>
      </w:r>
      <w:proofErr w:type="spellStart"/>
      <w:r w:rsidRPr="000A29DB">
        <w:rPr>
          <w:rFonts w:ascii="Arial" w:hAnsi="Arial" w:cs="Arial"/>
        </w:rPr>
        <w:t>aujourd'hui</w:t>
      </w:r>
      <w:proofErr w:type="spellEnd"/>
      <w:r w:rsidRPr="000A29DB">
        <w:rPr>
          <w:rFonts w:ascii="Arial" w:hAnsi="Arial" w:cs="Arial"/>
        </w:rPr>
        <w:t xml:space="preserve">, </w:t>
      </w:r>
      <w:proofErr w:type="spellStart"/>
      <w:r w:rsidRPr="000A29DB">
        <w:rPr>
          <w:rFonts w:ascii="Arial" w:hAnsi="Arial" w:cs="Arial"/>
        </w:rPr>
        <w:t>ou</w:t>
      </w:r>
      <w:proofErr w:type="spellEnd"/>
      <w:r w:rsidRPr="000A29DB">
        <w:rPr>
          <w:rFonts w:ascii="Arial" w:hAnsi="Arial" w:cs="Arial"/>
        </w:rPr>
        <w:t xml:space="preserve"> continue-t-</w:t>
      </w:r>
      <w:proofErr w:type="spellStart"/>
      <w:r w:rsidRPr="000A29DB">
        <w:rPr>
          <w:rFonts w:ascii="Arial" w:hAnsi="Arial" w:cs="Arial"/>
        </w:rPr>
        <w:t>elle</w:t>
      </w:r>
      <w:proofErr w:type="spellEnd"/>
      <w:r w:rsidRPr="000A29DB">
        <w:rPr>
          <w:rFonts w:ascii="Arial" w:hAnsi="Arial" w:cs="Arial"/>
        </w:rPr>
        <w:t xml:space="preserve"> d'être </w:t>
      </w:r>
      <w:proofErr w:type="spellStart"/>
      <w:proofErr w:type="gramStart"/>
      <w:r w:rsidRPr="000A29DB">
        <w:rPr>
          <w:rFonts w:ascii="Arial" w:hAnsi="Arial" w:cs="Arial"/>
        </w:rPr>
        <w:t>complétée</w:t>
      </w:r>
      <w:proofErr w:type="spellEnd"/>
      <w:r w:rsidRPr="000A29DB">
        <w:rPr>
          <w:rFonts w:ascii="Arial" w:hAnsi="Arial" w:cs="Arial"/>
        </w:rPr>
        <w:t xml:space="preserve"> ?</w:t>
      </w:r>
      <w:proofErr w:type="gramEnd"/>
    </w:p>
    <w:p w14:paraId="0AE76CFC" w14:textId="77777777" w:rsidR="00A2416D" w:rsidRPr="003D2013" w:rsidRDefault="00A2416D" w:rsidP="00C609B1">
      <w:pPr>
        <w:pStyle w:val="Listepuces"/>
        <w:numPr>
          <w:ilvl w:val="0"/>
          <w:numId w:val="0"/>
        </w:numPr>
        <w:spacing w:after="40" w:line="240" w:lineRule="auto"/>
        <w:ind w:left="360" w:hanging="360"/>
        <w:rPr>
          <w:rFonts w:ascii="Arial" w:hAnsi="Arial" w:cs="Arial"/>
          <w:b/>
          <w:bCs/>
          <w:sz w:val="22"/>
          <w:u w:val="single"/>
        </w:rPr>
      </w:pPr>
    </w:p>
    <w:sectPr w:rsidR="00A2416D" w:rsidRPr="003D2013" w:rsidSect="00034616">
      <w:footerReference w:type="default" r:id="rId12"/>
      <w:pgSz w:w="12240" w:h="15840"/>
      <w:pgMar w:top="794" w:right="964" w:bottom="79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CB68" w14:textId="77777777" w:rsidR="000272D1" w:rsidRDefault="000272D1">
      <w:pPr>
        <w:spacing w:after="0" w:line="240" w:lineRule="auto"/>
        <w:rPr>
          <w:rFonts w:hint="eastAsia"/>
        </w:rPr>
      </w:pPr>
      <w:r>
        <w:separator/>
      </w:r>
    </w:p>
  </w:endnote>
  <w:endnote w:type="continuationSeparator" w:id="0">
    <w:p w14:paraId="68479CC8" w14:textId="77777777" w:rsidR="000272D1" w:rsidRDefault="000272D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9CC9" w14:textId="1834BE19" w:rsidR="00361339" w:rsidRDefault="00361339">
    <w:pPr>
      <w:pStyle w:val="Pieddepage"/>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03AC7" w14:textId="77777777" w:rsidR="000272D1" w:rsidRDefault="000272D1">
      <w:pPr>
        <w:spacing w:after="0" w:line="240" w:lineRule="auto"/>
        <w:rPr>
          <w:rFonts w:hint="eastAsia"/>
        </w:rPr>
      </w:pPr>
      <w:r>
        <w:separator/>
      </w:r>
    </w:p>
  </w:footnote>
  <w:footnote w:type="continuationSeparator" w:id="0">
    <w:p w14:paraId="056C8B55" w14:textId="77777777" w:rsidR="000272D1" w:rsidRDefault="000272D1">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661739721">
    <w:abstractNumId w:val="8"/>
  </w:num>
  <w:num w:numId="2" w16cid:durableId="968706411">
    <w:abstractNumId w:val="6"/>
  </w:num>
  <w:num w:numId="3" w16cid:durableId="1126775074">
    <w:abstractNumId w:val="5"/>
  </w:num>
  <w:num w:numId="4" w16cid:durableId="2050759757">
    <w:abstractNumId w:val="4"/>
  </w:num>
  <w:num w:numId="5" w16cid:durableId="1291126065">
    <w:abstractNumId w:val="7"/>
  </w:num>
  <w:num w:numId="6" w16cid:durableId="981467681">
    <w:abstractNumId w:val="3"/>
  </w:num>
  <w:num w:numId="7" w16cid:durableId="704250875">
    <w:abstractNumId w:val="2"/>
  </w:num>
  <w:num w:numId="8" w16cid:durableId="158277663">
    <w:abstractNumId w:val="1"/>
  </w:num>
  <w:num w:numId="9" w16cid:durableId="76514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2D1"/>
    <w:rsid w:val="00034616"/>
    <w:rsid w:val="0006063C"/>
    <w:rsid w:val="000F45B2"/>
    <w:rsid w:val="00102213"/>
    <w:rsid w:val="0015074B"/>
    <w:rsid w:val="001C0861"/>
    <w:rsid w:val="001D5E47"/>
    <w:rsid w:val="0029639D"/>
    <w:rsid w:val="00326F90"/>
    <w:rsid w:val="00361339"/>
    <w:rsid w:val="00392C88"/>
    <w:rsid w:val="003D2013"/>
    <w:rsid w:val="003F75CF"/>
    <w:rsid w:val="004F20C3"/>
    <w:rsid w:val="00532C63"/>
    <w:rsid w:val="005D512C"/>
    <w:rsid w:val="0067237D"/>
    <w:rsid w:val="00690842"/>
    <w:rsid w:val="00755711"/>
    <w:rsid w:val="00804C07"/>
    <w:rsid w:val="009011B0"/>
    <w:rsid w:val="00A2416D"/>
    <w:rsid w:val="00AA1D8D"/>
    <w:rsid w:val="00B47730"/>
    <w:rsid w:val="00C273D5"/>
    <w:rsid w:val="00C609B1"/>
    <w:rsid w:val="00CB0664"/>
    <w:rsid w:val="00F8639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3DF1BE"/>
  <w14:defaultImageDpi w14:val="300"/>
  <w15:docId w15:val="{9E88B8F8-11CA-4CB0-AA7D-81AF4E2A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67237D"/>
    <w:rPr>
      <w:color w:val="0000FF" w:themeColor="hyperlink"/>
      <w:u w:val="single"/>
    </w:rPr>
  </w:style>
  <w:style w:type="character" w:styleId="Mentionnonrsolue">
    <w:name w:val="Unresolved Mention"/>
    <w:basedOn w:val="Policepardfaut"/>
    <w:uiPriority w:val="99"/>
    <w:semiHidden/>
    <w:unhideWhenUsed/>
    <w:rsid w:val="0067237D"/>
    <w:rPr>
      <w:color w:val="605E5C"/>
      <w:shd w:val="clear" w:color="auto" w:fill="E1DFDD"/>
    </w:rPr>
  </w:style>
  <w:style w:type="paragraph" w:customStyle="1" w:styleId="Titre21">
    <w:name w:val="Titre 21"/>
    <w:qFormat/>
    <w:rsid w:val="00532C63"/>
    <w:pPr>
      <w:spacing w:after="0" w:line="240" w:lineRule="auto"/>
    </w:pPr>
    <w:rPr>
      <w:rFonts w:ascii="Georgia" w:eastAsia="Georgia" w:hAnsi="Georgia" w:cs="Georgia"/>
      <w:color w:val="2E74B5"/>
      <w:sz w:val="26"/>
      <w:szCs w:val="2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mni.fr/video/darwin-et-la-theorie-de-l-evolu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net-vie.ens.fr/thematiques/evolution/le-tri-sur-la-diversite-derive-et-selection" TargetMode="External"/><Relationship Id="rId5" Type="http://schemas.openxmlformats.org/officeDocument/2006/relationships/webSettings" Target="webSettings.xml"/><Relationship Id="rId10" Type="http://schemas.openxmlformats.org/officeDocument/2006/relationships/hyperlink" Target="https://planet-vie.ens.fr/thematiques/evolution/mecanismes-theories-et-concepts-de-l-evolution/les-traits-s-heritent-et-se" TargetMode="External"/><Relationship Id="rId4" Type="http://schemas.openxmlformats.org/officeDocument/2006/relationships/settings" Target="settings.xml"/><Relationship Id="rId9" Type="http://schemas.openxmlformats.org/officeDocument/2006/relationships/hyperlink" Target="https://formens.mnhn.fr/mod/page/view.php?id=6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1022</Words>
  <Characters>5625</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6634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Mike</cp:lastModifiedBy>
  <cp:revision>2</cp:revision>
  <dcterms:created xsi:type="dcterms:W3CDTF">2026-09-04T14:06:00Z</dcterms:created>
  <dcterms:modified xsi:type="dcterms:W3CDTF">2026-09-04T14:06:00Z</dcterms:modified>
  <cp:category/>
</cp:coreProperties>
</file>