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13B" w:rsidRPr="00255798" w:rsidRDefault="00255798" w:rsidP="0025579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FA113B" w:rsidRPr="00255798" w:rsidRDefault="00391F73" w:rsidP="0025579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Тест Раздел 2. </w:t>
      </w:r>
      <w:r w:rsidR="00255798" w:rsidRPr="00255798">
        <w:rPr>
          <w:rFonts w:ascii="Times New Roman" w:hAnsi="Times New Roman" w:cs="Times New Roman"/>
          <w:b/>
          <w:sz w:val="24"/>
          <w:szCs w:val="24"/>
          <w:lang w:val="ru-RU"/>
        </w:rPr>
        <w:t>Борьба. Культура. Христианство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Часть А. Выберите один правильный ответ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1. Какое событие относится к началу монгольского нашествия на Русь?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1) Разгром Киева войском Батыя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2) Нападение на Рязанское княжество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3) Ледовое побоище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4) Битва на Калке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2. Какое княжество, согласно материалу, избежало монгольского разорения?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1) Черниговское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2) Киевское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3) Полоцкое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4)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Переяславское</w:t>
      </w:r>
      <w:proofErr w:type="spellEnd"/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3. Что являлось проявлением зависимости князей от Золотой Орды?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1) Уплата десятины Риму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2) Получение ярлыка на княжение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3) Участие в крестовых походах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4) Отмена княжеской власти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4. В каком году была основана Рига?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1) 988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2) 1097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3) 1201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4) 1240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5. Какой орден был образован в 1202 г.?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1) Меченосцев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2) Тевтонский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3) Госпитальеров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4) Тамплиеров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6. Какое княжество контролировало торговлю в нижнем течении Западной Двины?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1)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Туровское</w:t>
      </w:r>
      <w:proofErr w:type="spellEnd"/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2) Полоцкое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3) Киевское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4) Новгородское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7. Кто возглавил новгородское войско в битве на Неве?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1) Александр Ярославич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2) Даниил Галицкий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3) Мстислав Удалой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4) Ярослав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Осмомысл</w:t>
      </w:r>
      <w:proofErr w:type="spellEnd"/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8. Какое событие произошло 5 апреля 1242 г.?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1) Битва на Калке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2) Ледовое побоище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3) Невская битва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4) Взятие Рязани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9. Кто крестил Русь в 988 г.?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lastRenderedPageBreak/>
        <w:t>1) Ярослав Мудрый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2) Владимир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Святославич</w:t>
      </w:r>
      <w:proofErr w:type="spellEnd"/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3) Владимир Мономах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4) Святослав Игоревич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10. Какая епархия основана на территории Беларуси в 992 г.?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1)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Туровская</w:t>
      </w:r>
      <w:proofErr w:type="spellEnd"/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2) Полоцкая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3) Смоленская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4) Новгородская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11. Что означает понятие «двоеверие»?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1) Отказ от религии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2) Сочетание христианских и языческих элементов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3) Разделение церкви на две митрополии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4) Поклонение только предкам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12. С чьим именем связано основание Спасского монастыря в Полоцке?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1) Кирилл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Туровский</w:t>
      </w:r>
      <w:proofErr w:type="spellEnd"/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2) Евфросиния Полоцкая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3)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Рогнеда</w:t>
      </w:r>
      <w:proofErr w:type="spellEnd"/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4) Анна Всеволодовна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13. На каком материале писали древние рукописные книги?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1) Папирусе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2) Пергаменте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3) Только бересте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4) Глиняных табличках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14. Какой памятник относится к письменной культуре Беларуси </w:t>
      </w:r>
      <w:r w:rsidRPr="00255798">
        <w:rPr>
          <w:rFonts w:ascii="Times New Roman" w:hAnsi="Times New Roman" w:cs="Times New Roman"/>
          <w:sz w:val="24"/>
          <w:szCs w:val="24"/>
        </w:rPr>
        <w:t>XIII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 в.?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1) Оршанское евангелие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2) «Слово о полку Игореве»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3) «Русская правда»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4) «Повесть временных лет»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15. Какой источник содержит сведения о расселении восточнославянских племён?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1) «Повесть временных лет»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2) «Слово о законе и благодати»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3) «Поучение детям»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4) «Домострой»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16. Что, согласно материалу, стимулировало внешнеполитическое давление?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1) Исчезновение дипломатии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2) Поиск союзников и покровителей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3) Отказ от военного дела</w:t>
      </w:r>
    </w:p>
    <w:p w:rsid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4) Пр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екращение образования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государст</w:t>
      </w:r>
      <w:proofErr w:type="spellEnd"/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b/>
          <w:sz w:val="24"/>
          <w:szCs w:val="24"/>
          <w:lang w:val="ru-RU"/>
        </w:rPr>
        <w:t xml:space="preserve">Часть В.  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17. Установите последовательность: 1) основание Риги; 2) крещение Руси; 3) образование Ордена меченосцев; 4) Ледовое побоище.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18. Расположите события по времени: 1) основание Полоцкой епархии; 2) основание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Туровской</w:t>
      </w:r>
      <w:proofErr w:type="spellEnd"/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 епархии; 3) основание Риги; 4) образование Ордена меченосцев.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19. Соотнесите событие и дату: А) крещение Руси; Б) основание Риги; В) образование Ордена меченосцев; Г) Ледовое побоище. 1) 1242; 2) 988; 3) 1202; 4) 1201.</w:t>
      </w:r>
    </w:p>
    <w:p w:rsid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20. Соотнесите князя и характеристику: А) Александр Ярославич; Б) Владимир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Святославич</w:t>
      </w:r>
      <w:proofErr w:type="spellEnd"/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; В)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Вячко</w:t>
      </w:r>
      <w:proofErr w:type="spellEnd"/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; Г) Всеволод. 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1) признал вассальную зависимость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Герцике</w:t>
      </w:r>
      <w:proofErr w:type="spellEnd"/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; 2) крестил Русь; 3) возглавил сопротивление шведам на Неве; 4) сжёг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Кукенойс</w:t>
      </w:r>
      <w:proofErr w:type="spellEnd"/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 и ушёл на Русь.</w:t>
      </w:r>
    </w:p>
    <w:p w:rsid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>21. Соотнесите понятие и определение: А) ярлык; Б) двоеверие; В) епархия; Г) летопись.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 1) церковная административная территория; 2) повествование по годам; 3) ханская грамота на княжение; 4) сочетание христианских и языческих элементов.</w:t>
      </w:r>
    </w:p>
    <w:p w:rsid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22. Соотнесите памятник и характеристику: А)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Туровское</w:t>
      </w:r>
      <w:proofErr w:type="spellEnd"/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 евангелие; Б) Оршанское евангелие; В) «Повесть временных лет»; Г) берестяные грамоты.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 1) находки из Мстиславля и Витебска; 2) рукопись </w:t>
      </w:r>
      <w:r w:rsidRPr="00255798">
        <w:rPr>
          <w:rFonts w:ascii="Times New Roman" w:hAnsi="Times New Roman" w:cs="Times New Roman"/>
          <w:sz w:val="24"/>
          <w:szCs w:val="24"/>
        </w:rPr>
        <w:t>XI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 в.; 3) источник по ранней истории восточных славян; 4) рукопись </w:t>
      </w:r>
      <w:r w:rsidRPr="00255798">
        <w:rPr>
          <w:rFonts w:ascii="Times New Roman" w:hAnsi="Times New Roman" w:cs="Times New Roman"/>
          <w:sz w:val="24"/>
          <w:szCs w:val="24"/>
        </w:rPr>
        <w:t>XIII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 в. с миниатюрами.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>23. Выберите два положения, характеризующие ордынскую зависимость: 1) выплата дани; 2) получение ярлыков; 3) обязательное принятие католичества; 4) участие в управлении Римской империей.</w:t>
      </w:r>
    </w:p>
    <w:p w:rsid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24. Выберите две земли, которые, согласно материалу, не попали под ордынское иго: 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1) Полоцкая земля; 2) княжества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Понеманья</w:t>
      </w:r>
      <w:proofErr w:type="spellEnd"/>
      <w:r w:rsidRPr="00255798">
        <w:rPr>
          <w:rFonts w:ascii="Times New Roman" w:hAnsi="Times New Roman" w:cs="Times New Roman"/>
          <w:sz w:val="24"/>
          <w:szCs w:val="24"/>
          <w:lang w:val="ru-RU"/>
        </w:rPr>
        <w:t>; 3) Турово-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Пинская</w:t>
      </w:r>
      <w:proofErr w:type="spellEnd"/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 земля; 4) земли Черниговского княжества.</w:t>
      </w:r>
    </w:p>
    <w:p w:rsid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25. Выберите два факта, связанных с немецкой экспансией: 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1) основание Риги в 1201 г.; 2) образование Ордена меченосцев в 1202 г.; 3) взятие Константинополя в 1204 г.; 4) крещение Руси в 988 г.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>26. Назовите город, основанный в 1201 г. и ставший опорным пунктом немецкой экспансии.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>27. Соотнесите землю и характеристику: А) Полоцкая; Б) Турово-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Пинская</w:t>
      </w:r>
      <w:proofErr w:type="spellEnd"/>
      <w:r w:rsidRPr="00255798">
        <w:rPr>
          <w:rFonts w:ascii="Times New Roman" w:hAnsi="Times New Roman" w:cs="Times New Roman"/>
          <w:sz w:val="24"/>
          <w:szCs w:val="24"/>
          <w:lang w:val="ru-RU"/>
        </w:rPr>
        <w:t>. 1) названа среди зависевших от Орды; 2) названа среди избежавших ордынского ига.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>28. Запишите название битвы: разгром шведов Александром Ярославичем в устье Невы в 1240 г.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29. Расположите события по времени: 1) крещение Руси; 2) основание Полоцкой епархии; 3) основание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Туровской</w:t>
      </w:r>
      <w:proofErr w:type="spellEnd"/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 епархии; 4) основание Спасского монастыря в Полоцке (1120-е гг.).</w:t>
      </w:r>
    </w:p>
    <w:p w:rsid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30. Соотнесите событие и дату: А) походы князя Владимира на немецкие крепости; Б) захват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Кукенойса</w:t>
      </w:r>
      <w:proofErr w:type="spellEnd"/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; В) сожжение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Герцике</w:t>
      </w:r>
      <w:proofErr w:type="spellEnd"/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; Г) сбор коалиционного войска для похода на Ригу. 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1) 1203/1206; 2) 1208; 3) 1209; 4) 1216.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>31. Назовите ханскую грамоту, дававшую князю право на княжение.</w:t>
      </w:r>
    </w:p>
    <w:p w:rsid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>32. Соотнесите вид культурного наследия и пример: А) устное народное творчество; Б) летописание; В) рукописная книга.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 1) «Повесть временных лет»; 2) сказки и предания; 3)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Туровское</w:t>
      </w:r>
      <w:proofErr w:type="spellEnd"/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 евангелие.</w:t>
      </w:r>
    </w:p>
    <w:p w:rsid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>33. Выберите два положения, относящиеся к распространению христианства: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 1) строительство церквей; 2) обучение детей грамоте; 3) запрет письменности; 4) ликвидация монастырей.</w:t>
      </w:r>
    </w:p>
    <w:p w:rsid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34. Установите последовательность: 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1) основание Риги; 2) образование Ордена меченосцев; 3) захват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Кукенойса</w:t>
      </w:r>
      <w:proofErr w:type="spellEnd"/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; 4) сожжение </w:t>
      </w:r>
      <w:proofErr w:type="spellStart"/>
      <w:r w:rsidRPr="00255798">
        <w:rPr>
          <w:rFonts w:ascii="Times New Roman" w:hAnsi="Times New Roman" w:cs="Times New Roman"/>
          <w:sz w:val="24"/>
          <w:szCs w:val="24"/>
          <w:lang w:val="ru-RU"/>
        </w:rPr>
        <w:t>Герцике</w:t>
      </w:r>
      <w:proofErr w:type="spellEnd"/>
      <w:r w:rsidRPr="0025579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35. Соотнесите событие и значение: А) Невская битва; Б) Ледовое побоище; В) монгольское нашествие.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lastRenderedPageBreak/>
        <w:t>1) разгром шведов в 1240 г.; 2) приостановлено продвижение крестоносцев на восток; 3) разорение ряда русских земель и зависимость от Орды.</w:t>
      </w:r>
    </w:p>
    <w:p w:rsidR="00F42A50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36. Выберите два утверждения о культурных изменениях после распространения христианства: 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1) развитие книжности; 2) использование кириллицы; 3) исчезновение устного творчества; 4) прекращение летописания.</w:t>
      </w:r>
    </w:p>
    <w:p w:rsidR="00FA113B" w:rsidRPr="00255798" w:rsidRDefault="00255798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>37. Назовите деятельницу, с именем которой связано развитие духовной культуры Полоцка и основание Спасского монастыря.</w:t>
      </w:r>
    </w:p>
    <w:p w:rsidR="00CE0F7F" w:rsidRPr="00CE0F7F" w:rsidRDefault="00255798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55798">
        <w:rPr>
          <w:rFonts w:ascii="Times New Roman" w:hAnsi="Times New Roman" w:cs="Times New Roman"/>
          <w:sz w:val="24"/>
          <w:szCs w:val="24"/>
          <w:lang w:val="ru-RU"/>
        </w:rPr>
        <w:t xml:space="preserve">38. </w:t>
      </w:r>
      <w:r w:rsidR="00CE0F7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E0F7F" w:rsidRPr="00CE0F7F">
        <w:rPr>
          <w:rFonts w:ascii="Times New Roman" w:hAnsi="Times New Roman" w:cs="Times New Roman"/>
          <w:sz w:val="24"/>
          <w:szCs w:val="24"/>
          <w:lang w:val="ru-RU"/>
        </w:rPr>
        <w:t xml:space="preserve">Отрывок из </w:t>
      </w:r>
      <w:proofErr w:type="spellStart"/>
      <w:r w:rsidR="00CE0F7F" w:rsidRPr="00CE0F7F">
        <w:rPr>
          <w:rFonts w:ascii="Times New Roman" w:hAnsi="Times New Roman" w:cs="Times New Roman"/>
          <w:sz w:val="24"/>
          <w:szCs w:val="24"/>
          <w:lang w:val="ru-RU"/>
        </w:rPr>
        <w:t>Ипатьевской</w:t>
      </w:r>
      <w:proofErr w:type="spellEnd"/>
      <w:r w:rsidR="00CE0F7F" w:rsidRPr="00CE0F7F">
        <w:rPr>
          <w:rFonts w:ascii="Times New Roman" w:hAnsi="Times New Roman" w:cs="Times New Roman"/>
          <w:sz w:val="24"/>
          <w:szCs w:val="24"/>
          <w:lang w:val="ru-RU"/>
        </w:rPr>
        <w:t xml:space="preserve"> летописи о монгольском нашествии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Текст источника: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 xml:space="preserve">«В год 6745 (1237). Пришли безбожные </w:t>
      </w:r>
      <w:proofErr w:type="spellStart"/>
      <w:r w:rsidRPr="00CE0F7F">
        <w:rPr>
          <w:rFonts w:ascii="Times New Roman" w:hAnsi="Times New Roman" w:cs="Times New Roman"/>
          <w:sz w:val="24"/>
          <w:szCs w:val="24"/>
          <w:lang w:val="ru-RU"/>
        </w:rPr>
        <w:t>измаильтяне</w:t>
      </w:r>
      <w:proofErr w:type="spellEnd"/>
      <w:r w:rsidRPr="00CE0F7F">
        <w:rPr>
          <w:rFonts w:ascii="Times New Roman" w:hAnsi="Times New Roman" w:cs="Times New Roman"/>
          <w:sz w:val="24"/>
          <w:szCs w:val="24"/>
          <w:lang w:val="ru-RU"/>
        </w:rPr>
        <w:t xml:space="preserve">, называемые татарами. И начали они воевать Рязанскую землю, и пленили её, и сожгли города. И пошли они на Коломну, и встретил их князь Юрий Всеволодович, и была битва великая. И одолели татары, и убили князя Юрия. И взяли они город Владимир, и пленили землю Суздальскую. И пошли они на Новгород, но не дошли до него, и повернули на юг, и пришли к Козельску. И стояли под Козельском семь недель, и не могли взять его. И тогда сказали татары: "Сей город зело крепок". И взяли его, и убили всех жителей. И пошли они дальше, и пришли в землю Половецкую, и покорили её. И пошли они на Киев, и взяли </w:t>
      </w:r>
      <w:r>
        <w:rPr>
          <w:rFonts w:ascii="Times New Roman" w:hAnsi="Times New Roman" w:cs="Times New Roman"/>
          <w:sz w:val="24"/>
          <w:szCs w:val="24"/>
          <w:lang w:val="ru-RU"/>
        </w:rPr>
        <w:t>его, и разорили землю Русскую».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b/>
          <w:sz w:val="24"/>
          <w:szCs w:val="24"/>
          <w:lang w:val="ru-RU"/>
        </w:rPr>
        <w:t>Задания по источнику (формат ЦТ, часть В):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Задание 1. В каком году, согласно летописи, началось монгольское нашествие на Русь?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t>Задание 2. Как летопись называет монголов? (выберите 2)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 xml:space="preserve">а) безбожные </w:t>
      </w:r>
      <w:proofErr w:type="spellStart"/>
      <w:r w:rsidRPr="00CE0F7F">
        <w:rPr>
          <w:rFonts w:ascii="Times New Roman" w:hAnsi="Times New Roman" w:cs="Times New Roman"/>
          <w:sz w:val="24"/>
          <w:szCs w:val="24"/>
          <w:lang w:val="ru-RU"/>
        </w:rPr>
        <w:t>измаильтяне</w:t>
      </w:r>
      <w:proofErr w:type="spellEnd"/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б) татары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в) немцы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г) шведы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д) крестоносцы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t>Задание 3. Какой город, согласно летописи, монголы не смогли взять сразу и осаждали семь недель?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а) Рязань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б) Владимир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в) Козельск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г) Киев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t>Задание 4. Установите последовательность событий, описанных в летописи.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А) взятие Киева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Б) осада Козельска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В) битва под Коломной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Г) разорение Рязанской земли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Задание 5. Как летопись объясняет, почему монголы не дошли до Новгорода?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а) не захотели идти в леса и болота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б) были разбиты новгородцами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в) повернули на юг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г) заключили мир с Новгородом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Задание 6. Что, согласно летописи, стало следствием монгольского нашествия для русских земель?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а) разорение и пленение земель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б) крещение Руси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lastRenderedPageBreak/>
        <w:t>в) основание Полоцкой епархии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г) создание «Русской Правды»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Задание 7. Какие города, согласно источнику, были разорены монголами? (выберите 3)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а) Рязань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б) Владимир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в) Киев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г) Полоцк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д) Туров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е) Новгород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Задание 8. Установите соответствие между событием и его характеристикой по тексту.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СОБЫТИЕ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tab/>
        <w:t>ХАРАКТЕРИСТИКА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А) битва под Коломной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tab/>
        <w:t>1) монголы не дошли до города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Б) осада Козельска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t>2) гибель князя Юрия Всеволодовича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sz w:val="24"/>
          <w:szCs w:val="24"/>
          <w:lang w:val="ru-RU"/>
        </w:rPr>
        <w:t>В) поход на Новгород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tab/>
        <w:t>3) семь недель осады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39. </w:t>
      </w:r>
      <w:r w:rsidRPr="00CE0F7F">
        <w:rPr>
          <w:rFonts w:ascii="Times New Roman" w:hAnsi="Times New Roman" w:cs="Times New Roman"/>
          <w:b/>
          <w:bCs/>
          <w:sz w:val="24"/>
          <w:szCs w:val="24"/>
          <w:lang w:val="ru-RU"/>
        </w:rPr>
        <w:t>Отрывок из «Жития Евфросинии Полоцкой»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Текст источника: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«Была же она дочерью князя полоцкого. С юных лет возлюбила она учение книжное и, услышав о монастырях, возжелала принять иноческий чин. И пришла она к епископу полоцкому, и просила его благословения на пострижение. И епископ, видя её желание, благословил её. И приняла она имя Евфросиния. И начала она жить при Софийском соборе в Полоцке, переписывая книги церковные. И основала она монастырь мужской и женский. И по её заказу мастер Лазарь </w:t>
      </w:r>
      <w:proofErr w:type="spellStart"/>
      <w:r w:rsidRPr="00CE0F7F">
        <w:rPr>
          <w:rFonts w:ascii="Times New Roman" w:hAnsi="Times New Roman" w:cs="Times New Roman"/>
          <w:i/>
          <w:iCs/>
          <w:sz w:val="24"/>
          <w:szCs w:val="24"/>
          <w:lang w:val="ru-RU"/>
        </w:rPr>
        <w:t>Богша</w:t>
      </w:r>
      <w:proofErr w:type="spellEnd"/>
      <w:r w:rsidRPr="00CE0F7F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создал крест, украшенный золотом и драгоценными камнями, который и поныне хранится в память о ней. И совершила она паломничество на Святую землю, в Иерусалим, и там скончалась. И была она первой женщиной из восточных славян, канонизированной церковью».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Задания по источнику (формат ЦТ, часть В):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1. Кто является главной героиней источника?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2. Что, согласно источнику, Евфросиния делала при Софийском соборе?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а) переписывала церковные книги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б) строила храмы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в) учила детей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г) лечила больных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3. Как звали мастера, создавшего крест Евфросинии Полоцкой?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 xml:space="preserve">а) Лазарь </w:t>
      </w:r>
      <w:proofErr w:type="spellStart"/>
      <w:r w:rsidRPr="00CE0F7F">
        <w:rPr>
          <w:rFonts w:ascii="Times New Roman" w:hAnsi="Times New Roman" w:cs="Times New Roman"/>
          <w:sz w:val="24"/>
          <w:szCs w:val="24"/>
          <w:lang w:val="ru-RU"/>
        </w:rPr>
        <w:t>Богша</w:t>
      </w:r>
      <w:proofErr w:type="spellEnd"/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б) Нестор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 xml:space="preserve">в) Кирилл </w:t>
      </w:r>
      <w:proofErr w:type="spellStart"/>
      <w:r w:rsidRPr="00CE0F7F">
        <w:rPr>
          <w:rFonts w:ascii="Times New Roman" w:hAnsi="Times New Roman" w:cs="Times New Roman"/>
          <w:sz w:val="24"/>
          <w:szCs w:val="24"/>
          <w:lang w:val="ru-RU"/>
        </w:rPr>
        <w:t>Туровский</w:t>
      </w:r>
      <w:proofErr w:type="spellEnd"/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 xml:space="preserve">г) </w:t>
      </w:r>
      <w:proofErr w:type="spellStart"/>
      <w:r w:rsidRPr="00CE0F7F">
        <w:rPr>
          <w:rFonts w:ascii="Times New Roman" w:hAnsi="Times New Roman" w:cs="Times New Roman"/>
          <w:sz w:val="24"/>
          <w:szCs w:val="24"/>
          <w:lang w:val="ru-RU"/>
        </w:rPr>
        <w:t>Вячко</w:t>
      </w:r>
      <w:proofErr w:type="spellEnd"/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4. Установите последовательность событий из жизни Евфросинии Полоцкой, описанных в источнике.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А) паломничество в Иерусалим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Б) пострижение в монахини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В) основание монастыря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Г) переписывание книг при Софийском соборе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5. Какую роль, согласно источнику, сыграла Евфросиния Полоцкая в истории церкви?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lastRenderedPageBreak/>
        <w:t>а) была первой женщиной из восточных славян, канонизированной церковью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б) крестила Русь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в) основала Полоцкую епархию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г) построила Софийский собор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6. В каком городе, согласно источнику, скончалась Евфросиния Полоцкая?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E0F7F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7. Какие действия Евфросинии Полоцкой, согласно источнику, способствовали распространению христианства?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t xml:space="preserve"> (выберите </w:t>
      </w:r>
      <w:r w:rsidRPr="00CE0F7F"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а) переписывание церковных книг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б) основание монастырей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в) создание креста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г) строительство Риги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д) крестовые походы</w:t>
      </w:r>
      <w:r w:rsidRPr="00CE0F7F">
        <w:rPr>
          <w:rFonts w:ascii="Times New Roman" w:hAnsi="Times New Roman" w:cs="Times New Roman"/>
          <w:sz w:val="24"/>
          <w:szCs w:val="24"/>
          <w:lang w:val="ru-RU"/>
        </w:rPr>
        <w:br/>
        <w:t>е) походы на немцев</w:t>
      </w: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0F7F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8. Установите соответствие между событием и его характеристикой по тексту.</w:t>
      </w:r>
    </w:p>
    <w:tbl>
      <w:tblPr>
        <w:tblStyle w:val="aff0"/>
        <w:tblW w:w="9498" w:type="dxa"/>
        <w:tblLook w:val="04A0" w:firstRow="1" w:lastRow="0" w:firstColumn="1" w:lastColumn="0" w:noHBand="0" w:noVBand="1"/>
      </w:tblPr>
      <w:tblGrid>
        <w:gridCol w:w="5289"/>
        <w:gridCol w:w="4209"/>
      </w:tblGrid>
      <w:tr w:rsidR="00CE0F7F" w:rsidRPr="00CE0F7F" w:rsidTr="00CE0F7F">
        <w:tc>
          <w:tcPr>
            <w:tcW w:w="0" w:type="auto"/>
            <w:hideMark/>
          </w:tcPr>
          <w:p w:rsidR="00CE0F7F" w:rsidRPr="00CE0F7F" w:rsidRDefault="00CE0F7F" w:rsidP="00CE0F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СОБЫТИЕ</w:t>
            </w:r>
          </w:p>
        </w:tc>
        <w:tc>
          <w:tcPr>
            <w:tcW w:w="4209" w:type="dxa"/>
            <w:hideMark/>
          </w:tcPr>
          <w:p w:rsidR="00CE0F7F" w:rsidRPr="00CE0F7F" w:rsidRDefault="00CE0F7F" w:rsidP="00CE0F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ХАРАКТЕРИСТИКА</w:t>
            </w:r>
          </w:p>
        </w:tc>
      </w:tr>
      <w:tr w:rsidR="00CE0F7F" w:rsidRPr="00CE0F7F" w:rsidTr="00CE0F7F">
        <w:tc>
          <w:tcPr>
            <w:tcW w:w="0" w:type="auto"/>
            <w:hideMark/>
          </w:tcPr>
          <w:p w:rsidR="00CE0F7F" w:rsidRPr="00CE0F7F" w:rsidRDefault="00CE0F7F" w:rsidP="00CE0F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пострижение</w:t>
            </w:r>
          </w:p>
        </w:tc>
        <w:tc>
          <w:tcPr>
            <w:tcW w:w="4209" w:type="dxa"/>
            <w:hideMark/>
          </w:tcPr>
          <w:p w:rsidR="00CE0F7F" w:rsidRPr="00CE0F7F" w:rsidRDefault="00CE0F7F" w:rsidP="00CE0F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приняла имя Евфросиния</w:t>
            </w:r>
          </w:p>
        </w:tc>
      </w:tr>
      <w:tr w:rsidR="00CE0F7F" w:rsidRPr="00CE0F7F" w:rsidTr="00CE0F7F">
        <w:tc>
          <w:tcPr>
            <w:tcW w:w="0" w:type="auto"/>
            <w:hideMark/>
          </w:tcPr>
          <w:p w:rsidR="00CE0F7F" w:rsidRPr="00CE0F7F" w:rsidRDefault="00CE0F7F" w:rsidP="00CE0F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Б) основание монастыря</w:t>
            </w:r>
          </w:p>
        </w:tc>
        <w:tc>
          <w:tcPr>
            <w:tcW w:w="4209" w:type="dxa"/>
            <w:hideMark/>
          </w:tcPr>
          <w:p w:rsidR="00CE0F7F" w:rsidRPr="00CE0F7F" w:rsidRDefault="00CE0F7F" w:rsidP="00CE0F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мужской и женский</w:t>
            </w:r>
          </w:p>
        </w:tc>
      </w:tr>
      <w:tr w:rsidR="00CE0F7F" w:rsidRPr="00CE0F7F" w:rsidTr="00CE0F7F">
        <w:tc>
          <w:tcPr>
            <w:tcW w:w="0" w:type="auto"/>
            <w:hideMark/>
          </w:tcPr>
          <w:p w:rsidR="00CE0F7F" w:rsidRPr="00CE0F7F" w:rsidRDefault="00CE0F7F" w:rsidP="00CE0F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создание креста</w:t>
            </w:r>
          </w:p>
        </w:tc>
        <w:tc>
          <w:tcPr>
            <w:tcW w:w="4209" w:type="dxa"/>
            <w:hideMark/>
          </w:tcPr>
          <w:p w:rsidR="00CE0F7F" w:rsidRPr="00CE0F7F" w:rsidRDefault="00CE0F7F" w:rsidP="00CE0F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3) мастер Лазарь </w:t>
            </w:r>
            <w:proofErr w:type="spellStart"/>
            <w:r w:rsidRPr="00CE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Богша</w:t>
            </w:r>
            <w:proofErr w:type="spellEnd"/>
          </w:p>
        </w:tc>
      </w:tr>
    </w:tbl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FA113B" w:rsidRPr="00255798" w:rsidRDefault="00CE0F7F" w:rsidP="00255798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Default="00CE0F7F" w:rsidP="00CE0F7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E0F7F" w:rsidRPr="00CE0F7F" w:rsidRDefault="00CE0F7F" w:rsidP="00CE0F7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sectPr w:rsidR="00CE0F7F" w:rsidRPr="00CE0F7F" w:rsidSect="00CE0F7F">
      <w:footerReference w:type="default" r:id="rId8"/>
      <w:pgSz w:w="12240" w:h="15840"/>
      <w:pgMar w:top="568" w:right="900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378" w:rsidRDefault="00C83378" w:rsidP="00391F73">
      <w:pPr>
        <w:spacing w:after="0" w:line="240" w:lineRule="auto"/>
      </w:pPr>
      <w:r>
        <w:separator/>
      </w:r>
    </w:p>
  </w:endnote>
  <w:endnote w:type="continuationSeparator" w:id="0">
    <w:p w:rsidR="00C83378" w:rsidRDefault="00C83378" w:rsidP="00391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6558809"/>
      <w:docPartObj>
        <w:docPartGallery w:val="Page Numbers (Bottom of Page)"/>
        <w:docPartUnique/>
      </w:docPartObj>
    </w:sdtPr>
    <w:sdtEndPr/>
    <w:sdtContent>
      <w:p w:rsidR="00391F73" w:rsidRDefault="00391F7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F7F" w:rsidRPr="00CE0F7F">
          <w:rPr>
            <w:noProof/>
            <w:lang w:val="ru-RU"/>
          </w:rPr>
          <w:t>6</w:t>
        </w:r>
        <w:r>
          <w:fldChar w:fldCharType="end"/>
        </w:r>
      </w:p>
    </w:sdtContent>
  </w:sdt>
  <w:p w:rsidR="00391F73" w:rsidRDefault="00391F7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378" w:rsidRDefault="00C83378" w:rsidP="00391F73">
      <w:pPr>
        <w:spacing w:after="0" w:line="240" w:lineRule="auto"/>
      </w:pPr>
      <w:r>
        <w:separator/>
      </w:r>
    </w:p>
  </w:footnote>
  <w:footnote w:type="continuationSeparator" w:id="0">
    <w:p w:rsidR="00C83378" w:rsidRDefault="00C83378" w:rsidP="00391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55798"/>
    <w:rsid w:val="0029639D"/>
    <w:rsid w:val="00326F90"/>
    <w:rsid w:val="00391F73"/>
    <w:rsid w:val="00A95607"/>
    <w:rsid w:val="00AA1D8D"/>
    <w:rsid w:val="00B47730"/>
    <w:rsid w:val="00C83378"/>
    <w:rsid w:val="00CB0664"/>
    <w:rsid w:val="00CE0F7F"/>
    <w:rsid w:val="00E75E53"/>
    <w:rsid w:val="00F42A50"/>
    <w:rsid w:val="00FA11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55BD07"/>
  <w14:defaultImageDpi w14:val="300"/>
  <w15:docId w15:val="{242AC258-7256-47BE-8509-B06C50DEE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020D25-0026-4A60-824C-3A8E31C80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1530</Words>
  <Characters>8722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7</cp:revision>
  <dcterms:created xsi:type="dcterms:W3CDTF">2026-09-18T14:54:00Z</dcterms:created>
  <dcterms:modified xsi:type="dcterms:W3CDTF">2026-09-18T16:14:00Z</dcterms:modified>
  <cp:category/>
</cp:coreProperties>
</file>