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104" w:rsidRPr="00747104" w:rsidRDefault="00747104" w:rsidP="007471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4710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Ал</w:t>
      </w:r>
      <w:r w:rsidR="001A396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74710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на Лашку • Ирина </w:t>
      </w:r>
      <w:proofErr w:type="spellStart"/>
      <w:r w:rsidRPr="0074710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Чобану</w:t>
      </w:r>
      <w:proofErr w:type="spellEnd"/>
      <w:r w:rsidRPr="0074710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  Евгения Селиванов</w:t>
      </w:r>
    </w:p>
    <w:p w:rsidR="00747104" w:rsidRPr="00747104" w:rsidRDefault="00747104" w:rsidP="0074710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/>
        </w:rPr>
      </w:pPr>
      <w:r w:rsidRPr="00747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/>
        </w:rPr>
        <w:t>МАТЕМАТИКА</w:t>
      </w:r>
    </w:p>
    <w:p w:rsidR="00747104" w:rsidRPr="00747104" w:rsidRDefault="00747104" w:rsidP="0074710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74710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Тесты для экзамена на степень бакалавра</w:t>
      </w:r>
    </w:p>
    <w:p w:rsidR="00747104" w:rsidRDefault="00747104" w:rsidP="00747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747104">
        <w:rPr>
          <w:rFonts w:ascii="Times New Roman" w:eastAsia="Times New Roman" w:hAnsi="Times New Roman" w:cs="Times New Roman"/>
          <w:b/>
          <w:bCs/>
          <w:sz w:val="28"/>
          <w:szCs w:val="28"/>
        </w:rPr>
        <w:t>Гуманитарный</w:t>
      </w:r>
      <w:proofErr w:type="spellEnd"/>
      <w:r w:rsidRPr="007471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710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профиль</w:t>
      </w:r>
      <w:proofErr w:type="spellEnd"/>
    </w:p>
    <w:p w:rsidR="00933D18" w:rsidRPr="00747104" w:rsidRDefault="00933D18" w:rsidP="007471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0834C1" wp14:editId="35F9914F">
            <wp:extent cx="5469255" cy="7292340"/>
            <wp:effectExtent l="0" t="0" r="0" b="381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04" w:rsidRDefault="00747104">
      <w:pPr>
        <w:jc w:val="center"/>
        <w:rPr>
          <w:b/>
          <w:lang w:val="ru-RU"/>
        </w:rPr>
      </w:pPr>
    </w:p>
    <w:p w:rsidR="00933D18" w:rsidRDefault="00933D18">
      <w:pPr>
        <w:jc w:val="center"/>
        <w:rPr>
          <w:b/>
          <w:lang w:val="ru-RU"/>
        </w:rPr>
      </w:pPr>
    </w:p>
    <w:p w:rsidR="00933D18" w:rsidRDefault="00933D18">
      <w:pPr>
        <w:jc w:val="center"/>
        <w:rPr>
          <w:b/>
          <w:lang w:val="ru-RU"/>
        </w:rPr>
      </w:pPr>
    </w:p>
    <w:p w:rsidR="006C43B0" w:rsidRPr="00933D18" w:rsidRDefault="00AE25C1">
      <w:pPr>
        <w:jc w:val="center"/>
        <w:rPr>
          <w:sz w:val="28"/>
          <w:lang w:val="ru-RU"/>
        </w:rPr>
      </w:pPr>
      <w:r w:rsidRPr="00933D18">
        <w:rPr>
          <w:b/>
          <w:sz w:val="28"/>
          <w:lang w:val="ru-RU"/>
        </w:rPr>
        <w:lastRenderedPageBreak/>
        <w:t>Тест 1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9741"/>
      </w:tblGrid>
      <w:tr w:rsidR="003A6A3B" w:rsidTr="00783FD9">
        <w:tc>
          <w:tcPr>
            <w:tcW w:w="460" w:type="dxa"/>
          </w:tcPr>
          <w:p w:rsidR="003A6A3B" w:rsidRDefault="003A6A3B">
            <w:r>
              <w:t>№</w:t>
            </w:r>
          </w:p>
        </w:tc>
        <w:tc>
          <w:tcPr>
            <w:tcW w:w="9741" w:type="dxa"/>
          </w:tcPr>
          <w:p w:rsidR="003A6A3B" w:rsidRDefault="003A6A3B" w:rsidP="00783FD9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3A6A3B" w:rsidTr="00783FD9">
        <w:tc>
          <w:tcPr>
            <w:tcW w:w="460" w:type="dxa"/>
          </w:tcPr>
          <w:p w:rsidR="003A6A3B" w:rsidRDefault="003A6A3B">
            <w:r>
              <w:t>1.</w:t>
            </w:r>
          </w:p>
        </w:tc>
        <w:tc>
          <w:tcPr>
            <w:tcW w:w="9741" w:type="dxa"/>
          </w:tcPr>
          <w:p w:rsidR="003A6A3B" w:rsidRDefault="003A6A3B" w:rsidP="00B8185B">
            <w:r>
              <w:t xml:space="preserve">Вычислите: </w:t>
            </w:r>
            <w:r>
              <w:rPr>
                <w:noProof/>
              </w:rPr>
              <w:drawing>
                <wp:inline distT="0" distB="0" distL="0" distR="0" wp14:anchorId="649C0002" wp14:editId="4FB92CEF">
                  <wp:extent cx="1114425" cy="485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3A6A3B" w:rsidRPr="001D5222" w:rsidTr="00783FD9">
        <w:tc>
          <w:tcPr>
            <w:tcW w:w="460" w:type="dxa"/>
          </w:tcPr>
          <w:p w:rsidR="003A6A3B" w:rsidRDefault="003A6A3B">
            <w:r>
              <w:t>2.</w:t>
            </w:r>
          </w:p>
        </w:tc>
        <w:tc>
          <w:tcPr>
            <w:tcW w:w="9741" w:type="dxa"/>
          </w:tcPr>
          <w:p w:rsidR="003A6A3B" w:rsidRPr="00B8185B" w:rsidRDefault="003A6A3B" w:rsidP="00B8185B">
            <w:pPr>
              <w:rPr>
                <w:lang w:val="ru-RU"/>
              </w:rPr>
            </w:pPr>
            <w:r w:rsidRPr="00B8185B">
              <w:rPr>
                <w:lang w:val="ru-RU"/>
              </w:rPr>
              <w:t>Докажите, что значение выражения</w:t>
            </w:r>
            <w:r>
              <w:rPr>
                <w:lang w:val="ru-RU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DFDAF5C" wp14:editId="583D0A6D">
                  <wp:extent cx="1424940" cy="598714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78" cy="62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185B">
              <w:rPr>
                <w:lang w:val="ru-RU"/>
              </w:rPr>
              <w:t>является целым числом.</w:t>
            </w:r>
            <w:r w:rsidRPr="00B8185B">
              <w:rPr>
                <w:lang w:val="ru-RU"/>
              </w:rPr>
              <w:br/>
            </w:r>
            <w:r w:rsidRPr="00B8185B">
              <w:rPr>
                <w:lang w:val="ru-RU"/>
              </w:rPr>
              <w:br/>
            </w:r>
          </w:p>
        </w:tc>
      </w:tr>
      <w:tr w:rsidR="003A6A3B" w:rsidRPr="003A6A3B" w:rsidTr="00783FD9">
        <w:tc>
          <w:tcPr>
            <w:tcW w:w="460" w:type="dxa"/>
          </w:tcPr>
          <w:p w:rsidR="003A6A3B" w:rsidRPr="003A6A3B" w:rsidRDefault="003A6A3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3A6A3B" w:rsidRDefault="003A6A3B" w:rsidP="003A6A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6A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Определите комплексное число </w:t>
            </w:r>
            <w:r w:rsidRPr="003A6A3B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Pr="003A6A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для которого:</w:t>
            </w:r>
          </w:p>
          <w:p w:rsidR="003A6A3B" w:rsidRPr="003A6A3B" w:rsidRDefault="003A6A3B" w:rsidP="003A6A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715AC34" wp14:editId="061ED528">
                  <wp:extent cx="2689860" cy="836534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974" cy="84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A3B" w:rsidRPr="00B8185B" w:rsidRDefault="003A6A3B" w:rsidP="00B8185B">
            <w:pPr>
              <w:rPr>
                <w:lang w:val="ru-RU"/>
              </w:rPr>
            </w:pPr>
          </w:p>
        </w:tc>
      </w:tr>
      <w:tr w:rsidR="003A6A3B" w:rsidRPr="001D5222" w:rsidTr="00783FD9">
        <w:tc>
          <w:tcPr>
            <w:tcW w:w="460" w:type="dxa"/>
          </w:tcPr>
          <w:p w:rsidR="003A6A3B" w:rsidRDefault="003A6A3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3A6A3B" w:rsidRPr="003A6A3B" w:rsidRDefault="003A6A3B" w:rsidP="003A6A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6A3B">
              <w:rPr>
                <w:lang w:val="ru-RU"/>
              </w:rPr>
              <w:t xml:space="preserve">Смешивают два раствора спирта: один с концентрацией </w:t>
            </w:r>
            <w:r w:rsidRPr="003A6A3B">
              <w:rPr>
                <w:b/>
                <w:bCs/>
                <w:lang w:val="ru-RU"/>
              </w:rPr>
              <w:t>30%</w:t>
            </w:r>
            <w:r w:rsidRPr="003A6A3B">
              <w:rPr>
                <w:lang w:val="ru-RU"/>
              </w:rPr>
              <w:t xml:space="preserve">, а другой — </w:t>
            </w:r>
            <w:r w:rsidRPr="003A6A3B">
              <w:rPr>
                <w:b/>
                <w:bCs/>
                <w:lang w:val="ru-RU"/>
              </w:rPr>
              <w:t>20%</w:t>
            </w:r>
            <w:r w:rsidRPr="003A6A3B">
              <w:rPr>
                <w:lang w:val="ru-RU"/>
              </w:rPr>
              <w:t xml:space="preserve">. Получается смесь объемом </w:t>
            </w:r>
            <w:r w:rsidRPr="003A6A3B">
              <w:rPr>
                <w:b/>
                <w:bCs/>
                <w:lang w:val="ru-RU"/>
              </w:rPr>
              <w:t>10 литров</w:t>
            </w:r>
            <w:r w:rsidRPr="003A6A3B">
              <w:rPr>
                <w:lang w:val="ru-RU"/>
              </w:rPr>
              <w:t xml:space="preserve"> с концентрацией </w:t>
            </w:r>
            <w:r w:rsidRPr="003A6A3B">
              <w:rPr>
                <w:b/>
                <w:bCs/>
                <w:lang w:val="ru-RU"/>
              </w:rPr>
              <w:t>24%</w:t>
            </w:r>
            <w:r w:rsidRPr="003A6A3B">
              <w:rPr>
                <w:lang w:val="ru-RU"/>
              </w:rPr>
              <w:t>. Определите объем каждого раствора спирта, использованного для получения этой смеси.</w:t>
            </w:r>
          </w:p>
        </w:tc>
      </w:tr>
      <w:tr w:rsidR="003A6A3B" w:rsidRPr="003A6A3B" w:rsidTr="00783FD9">
        <w:tc>
          <w:tcPr>
            <w:tcW w:w="460" w:type="dxa"/>
          </w:tcPr>
          <w:p w:rsidR="003A6A3B" w:rsidRDefault="003A6A3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3A6A3B" w:rsidRPr="003A6A3B" w:rsidRDefault="003A6A3B" w:rsidP="003A6A3B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38FE5A2" wp14:editId="4C5432C4">
                  <wp:extent cx="5486400" cy="5461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A3B" w:rsidRPr="003A6A3B" w:rsidTr="00783FD9">
        <w:tc>
          <w:tcPr>
            <w:tcW w:w="460" w:type="dxa"/>
          </w:tcPr>
          <w:p w:rsidR="003A6A3B" w:rsidRDefault="003A6A3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3A6A3B" w:rsidRDefault="003A6A3B" w:rsidP="003A6A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EFC01F" wp14:editId="297DF075">
                  <wp:extent cx="5486400" cy="5124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A3B" w:rsidRPr="003A6A3B" w:rsidTr="00783FD9">
        <w:tc>
          <w:tcPr>
            <w:tcW w:w="460" w:type="dxa"/>
          </w:tcPr>
          <w:p w:rsidR="003A6A3B" w:rsidRDefault="003A6A3B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3A6A3B" w:rsidRDefault="003A6A3B" w:rsidP="003A6A3B">
            <w:pPr>
              <w:rPr>
                <w:noProof/>
              </w:rPr>
            </w:pPr>
            <w:r w:rsidRPr="003A6A3B">
              <w:rPr>
                <w:lang w:val="ru-RU"/>
              </w:rPr>
              <w:t xml:space="preserve">Диагональ основания куба равна </w:t>
            </w:r>
            <w:r w:rsidRPr="003A6A3B">
              <w:rPr>
                <w:b/>
                <w:bCs/>
                <w:lang w:val="ru-RU"/>
              </w:rPr>
              <w:t>8 см</w:t>
            </w:r>
            <w:r w:rsidRPr="003A6A3B">
              <w:rPr>
                <w:lang w:val="ru-RU"/>
              </w:rPr>
              <w:t xml:space="preserve">. </w:t>
            </w:r>
            <w:proofErr w:type="spellStart"/>
            <w:r>
              <w:t>Определите</w:t>
            </w:r>
            <w:proofErr w:type="spellEnd"/>
            <w:r>
              <w:t xml:space="preserve"> </w:t>
            </w:r>
            <w:proofErr w:type="spellStart"/>
            <w:r>
              <w:t>объем</w:t>
            </w:r>
            <w:proofErr w:type="spellEnd"/>
            <w:r>
              <w:t xml:space="preserve"> </w:t>
            </w:r>
            <w:proofErr w:type="spellStart"/>
            <w:r>
              <w:t>куба</w:t>
            </w:r>
            <w:proofErr w:type="spellEnd"/>
            <w:r>
              <w:t>.</w:t>
            </w:r>
          </w:p>
        </w:tc>
      </w:tr>
      <w:tr w:rsidR="003A6A3B" w:rsidRPr="003A6A3B" w:rsidTr="00783FD9">
        <w:tc>
          <w:tcPr>
            <w:tcW w:w="460" w:type="dxa"/>
          </w:tcPr>
          <w:p w:rsidR="003A6A3B" w:rsidRDefault="003A6A3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3A6A3B" w:rsidRPr="003A6A3B" w:rsidRDefault="003A6A3B" w:rsidP="003A6A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6A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Периметр прямоугольника </w:t>
            </w:r>
            <w:r w:rsidRPr="003A6A3B">
              <w:rPr>
                <w:rFonts w:ascii="Times New Roman" w:eastAsia="Times New Roman" w:hAnsi="Times New Roman" w:cs="Times New Roman"/>
                <w:sz w:val="24"/>
                <w:szCs w:val="24"/>
              </w:rPr>
              <w:t>ABCD</w:t>
            </w:r>
            <w:r w:rsidRPr="003A6A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равен </w:t>
            </w:r>
            <w:r w:rsidRPr="003A6A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70 см</w:t>
            </w:r>
            <w:r w:rsidRPr="003A6A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а его диагональ равна </w:t>
            </w:r>
            <w:r w:rsidRPr="003A6A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25 см</w:t>
            </w:r>
            <w:r w:rsidRPr="003A6A3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Определите площадь прямоугольника.</w:t>
            </w:r>
          </w:p>
          <w:p w:rsidR="003A6A3B" w:rsidRPr="003A6A3B" w:rsidRDefault="003A6A3B" w:rsidP="003A6A3B">
            <w:pPr>
              <w:rPr>
                <w:lang w:val="ru-RU"/>
              </w:rPr>
            </w:pPr>
          </w:p>
        </w:tc>
      </w:tr>
      <w:tr w:rsidR="003A6A3B" w:rsidRPr="003A6A3B" w:rsidTr="00783FD9">
        <w:tc>
          <w:tcPr>
            <w:tcW w:w="460" w:type="dxa"/>
          </w:tcPr>
          <w:p w:rsidR="003A6A3B" w:rsidRDefault="003A6A3B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3A6A3B" w:rsidRDefault="003A6A3B" w:rsidP="003A6A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40FBA0F" wp14:editId="07423B31">
                  <wp:extent cx="5486400" cy="4464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A3B" w:rsidRPr="003A6A3B" w:rsidRDefault="003A6A3B" w:rsidP="003A6A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A6A3B" w:rsidRPr="003A6A3B" w:rsidTr="00783FD9">
        <w:tc>
          <w:tcPr>
            <w:tcW w:w="460" w:type="dxa"/>
          </w:tcPr>
          <w:p w:rsidR="003A6A3B" w:rsidRDefault="003A6A3B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3A6A3B" w:rsidRDefault="003A6A3B" w:rsidP="003A6A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E60A63" wp14:editId="2562012C">
                  <wp:extent cx="5486400" cy="50546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58C" w:rsidRPr="003A6A3B" w:rsidTr="00783FD9">
        <w:tc>
          <w:tcPr>
            <w:tcW w:w="460" w:type="dxa"/>
          </w:tcPr>
          <w:p w:rsidR="006C458C" w:rsidRDefault="006C458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6C458C" w:rsidRDefault="006C458C" w:rsidP="003A6A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25D446" wp14:editId="64281220">
                  <wp:extent cx="5486400" cy="5048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D9" w:rsidRPr="003A6A3B" w:rsidTr="00783FD9">
        <w:tc>
          <w:tcPr>
            <w:tcW w:w="460" w:type="dxa"/>
          </w:tcPr>
          <w:p w:rsidR="00783FD9" w:rsidRDefault="00783FD9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783FD9" w:rsidRDefault="00783FD9" w:rsidP="003A6A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7EE36C" wp14:editId="54DD3C71">
                  <wp:extent cx="5486400" cy="552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D9" w:rsidRPr="003A6A3B" w:rsidTr="00783FD9">
        <w:tc>
          <w:tcPr>
            <w:tcW w:w="460" w:type="dxa"/>
          </w:tcPr>
          <w:p w:rsidR="00783FD9" w:rsidRDefault="00783FD9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783FD9" w:rsidRDefault="00783FD9" w:rsidP="003A6A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6A22B6" wp14:editId="0AF82758">
                  <wp:extent cx="5486400" cy="45466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3FD9" w:rsidRDefault="00783FD9" w:rsidP="003A6A3B">
            <w:pPr>
              <w:rPr>
                <w:noProof/>
              </w:rPr>
            </w:pPr>
          </w:p>
        </w:tc>
      </w:tr>
      <w:tr w:rsidR="00783FD9" w:rsidRPr="003A6A3B" w:rsidTr="00783FD9">
        <w:tc>
          <w:tcPr>
            <w:tcW w:w="460" w:type="dxa"/>
          </w:tcPr>
          <w:p w:rsidR="00783FD9" w:rsidRDefault="00783FD9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783FD9" w:rsidRDefault="00783FD9" w:rsidP="003A6A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427B73" wp14:editId="74AE0EB8">
                  <wp:extent cx="5486400" cy="6007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9DC" w:rsidRPr="00747104" w:rsidRDefault="00783FD9" w:rsidP="00AE25C1">
      <w:pPr>
        <w:spacing w:after="0"/>
        <w:jc w:val="center"/>
        <w:rPr>
          <w:b/>
          <w:sz w:val="32"/>
          <w:lang w:val="ru-RU"/>
        </w:rPr>
      </w:pPr>
      <w:r w:rsidRPr="00747104">
        <w:rPr>
          <w:b/>
          <w:sz w:val="32"/>
          <w:lang w:val="ru-RU"/>
        </w:rPr>
        <w:lastRenderedPageBreak/>
        <w:t>ТЕСТ 2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9741"/>
      </w:tblGrid>
      <w:tr w:rsidR="00760CF9" w:rsidTr="001A1EEC">
        <w:tc>
          <w:tcPr>
            <w:tcW w:w="460" w:type="dxa"/>
          </w:tcPr>
          <w:p w:rsidR="00760CF9" w:rsidRDefault="00760CF9" w:rsidP="001A1EEC">
            <w:r>
              <w:t>№</w:t>
            </w:r>
          </w:p>
        </w:tc>
        <w:tc>
          <w:tcPr>
            <w:tcW w:w="9741" w:type="dxa"/>
          </w:tcPr>
          <w:p w:rsidR="00760CF9" w:rsidRDefault="00760CF9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760CF9" w:rsidTr="001A1EEC">
        <w:tc>
          <w:tcPr>
            <w:tcW w:w="460" w:type="dxa"/>
          </w:tcPr>
          <w:p w:rsidR="00760CF9" w:rsidRDefault="00760CF9" w:rsidP="001A1EEC">
            <w:r>
              <w:t>1.</w:t>
            </w:r>
          </w:p>
        </w:tc>
        <w:tc>
          <w:tcPr>
            <w:tcW w:w="9741" w:type="dxa"/>
          </w:tcPr>
          <w:p w:rsidR="00760CF9" w:rsidRDefault="00760CF9" w:rsidP="001A1EEC">
            <w:r>
              <w:rPr>
                <w:noProof/>
              </w:rPr>
              <w:drawing>
                <wp:inline distT="0" distB="0" distL="0" distR="0" wp14:anchorId="283B53CF" wp14:editId="192BA24D">
                  <wp:extent cx="3924300" cy="429727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385" cy="43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CF9" w:rsidRPr="00760CF9" w:rsidTr="001A1EEC">
        <w:tc>
          <w:tcPr>
            <w:tcW w:w="460" w:type="dxa"/>
          </w:tcPr>
          <w:p w:rsidR="00760CF9" w:rsidRDefault="00760CF9" w:rsidP="001A1EEC">
            <w:r>
              <w:t>2.</w:t>
            </w:r>
          </w:p>
        </w:tc>
        <w:tc>
          <w:tcPr>
            <w:tcW w:w="9741" w:type="dxa"/>
          </w:tcPr>
          <w:p w:rsidR="00760CF9" w:rsidRPr="00B8185B" w:rsidRDefault="00760CF9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C7E6393" wp14:editId="1D7C25A2">
                  <wp:extent cx="3947160" cy="74477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688" cy="7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CF9" w:rsidRPr="003A6A3B" w:rsidTr="001A1EEC">
        <w:tc>
          <w:tcPr>
            <w:tcW w:w="460" w:type="dxa"/>
          </w:tcPr>
          <w:p w:rsidR="00760CF9" w:rsidRPr="003A6A3B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760CF9" w:rsidRPr="00B8185B" w:rsidRDefault="00760CF9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C2C8615" wp14:editId="6533D10A">
                  <wp:extent cx="4213860" cy="494318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385" cy="50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760CF9" w:rsidRDefault="00760CF9" w:rsidP="001A1EEC">
            <w:pPr>
              <w:rPr>
                <w:lang w:val="ru-RU"/>
              </w:rPr>
            </w:pPr>
            <w:r w:rsidRPr="00760CF9">
              <w:rPr>
                <w:lang w:val="ru-RU"/>
              </w:rPr>
              <w:t>Небольшое предприятие производит игрушки ручной работы (</w:t>
            </w:r>
            <w:r>
              <w:t>hand</w:t>
            </w:r>
            <w:r w:rsidRPr="00760CF9">
              <w:rPr>
                <w:lang w:val="ru-RU"/>
              </w:rPr>
              <w:t>-</w:t>
            </w:r>
            <w:r>
              <w:t>made</w:t>
            </w:r>
            <w:r w:rsidRPr="00760CF9">
              <w:rPr>
                <w:lang w:val="ru-RU"/>
              </w:rPr>
              <w:t>): кукол, шутов и медвежат. Объем продаж (в сотнях штук) за первый триместр отражен в таблице ниже. Определите цену каждого товара, если известно, что она оставалась постоянной на протяжении этих трех месяцев.</w:t>
            </w:r>
          </w:p>
          <w:tbl>
            <w:tblPr>
              <w:tblW w:w="62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"/>
              <w:gridCol w:w="1459"/>
              <w:gridCol w:w="1417"/>
              <w:gridCol w:w="1134"/>
              <w:gridCol w:w="1247"/>
            </w:tblGrid>
            <w:tr w:rsidR="00760CF9" w:rsidRPr="00760CF9" w:rsidTr="00760CF9">
              <w:trPr>
                <w:trHeight w:val="58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Месяц</w:t>
                  </w:r>
                  <w:proofErr w:type="spellEnd"/>
                </w:p>
              </w:tc>
              <w:tc>
                <w:tcPr>
                  <w:tcW w:w="4010" w:type="dxa"/>
                  <w:gridSpan w:val="3"/>
                  <w:tcBorders>
                    <w:top w:val="single" w:sz="6" w:space="0" w:color="000000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47104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</w:pPr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  <w:t>Количество проданных единиц (в сотнях)</w:t>
                  </w:r>
                </w:p>
              </w:tc>
              <w:tc>
                <w:tcPr>
                  <w:tcW w:w="1247" w:type="dxa"/>
                  <w:tcBorders>
                    <w:top w:val="single" w:sz="6" w:space="0" w:color="000000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Накопленная</w:t>
                  </w:r>
                  <w:proofErr w:type="spellEnd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сумма</w:t>
                  </w:r>
                  <w:proofErr w:type="spellEnd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сотни</w:t>
                  </w:r>
                  <w:proofErr w:type="spellEnd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леев</w:t>
                  </w:r>
                  <w:proofErr w:type="spellEnd"/>
                </w:p>
              </w:tc>
            </w:tr>
            <w:tr w:rsidR="00760CF9" w:rsidRPr="00760CF9" w:rsidTr="00760CF9">
              <w:trPr>
                <w:trHeight w:val="315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куклы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шуты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760CF9">
                    <w:rPr>
                      <w:lang w:val="ru-RU"/>
                    </w:rPr>
                    <w:t>медвежат</w:t>
                  </w:r>
                  <w:r>
                    <w:rPr>
                      <w:lang w:val="ru-RU"/>
                    </w:rPr>
                    <w:t>а</w:t>
                  </w:r>
                </w:p>
              </w:tc>
              <w:tc>
                <w:tcPr>
                  <w:tcW w:w="124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  <w:tr w:rsidR="00760CF9" w:rsidRPr="00760CF9" w:rsidTr="00760CF9">
              <w:trPr>
                <w:trHeight w:val="315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Январь</w:t>
                  </w:r>
                  <w:proofErr w:type="spellEnd"/>
                </w:p>
              </w:tc>
              <w:tc>
                <w:tcPr>
                  <w:tcW w:w="1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124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  <w:t>8</w:t>
                  </w:r>
                </w:p>
              </w:tc>
            </w:tr>
            <w:tr w:rsidR="00760CF9" w:rsidRPr="00760CF9" w:rsidTr="00760CF9">
              <w:trPr>
                <w:trHeight w:val="315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Февраль</w:t>
                  </w:r>
                  <w:proofErr w:type="spellEnd"/>
                </w:p>
              </w:tc>
              <w:tc>
                <w:tcPr>
                  <w:tcW w:w="1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124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  <w:t>7</w:t>
                  </w:r>
                </w:p>
              </w:tc>
            </w:tr>
            <w:tr w:rsidR="00760CF9" w:rsidRPr="00760CF9" w:rsidTr="00760CF9">
              <w:trPr>
                <w:trHeight w:val="315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proofErr w:type="spellStart"/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Март</w:t>
                  </w:r>
                  <w:proofErr w:type="spellEnd"/>
                </w:p>
              </w:tc>
              <w:tc>
                <w:tcPr>
                  <w:tcW w:w="1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760CF9">
                    <w:rPr>
                      <w:rFonts w:ascii="Arial" w:eastAsia="Times New Roman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124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000000"/>
                    <w:right w:val="single" w:sz="6" w:space="0" w:color="000000"/>
                  </w:tcBorders>
                </w:tcPr>
                <w:p w:rsidR="00760CF9" w:rsidRPr="00760CF9" w:rsidRDefault="00760CF9" w:rsidP="00760CF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ru-RU"/>
                    </w:rPr>
                    <w:t>9</w:t>
                  </w:r>
                </w:p>
              </w:tc>
            </w:tr>
          </w:tbl>
          <w:p w:rsidR="00760CF9" w:rsidRPr="00760CF9" w:rsidRDefault="00760CF9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760CF9" w:rsidRPr="003A6A3B" w:rsidRDefault="00760CF9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6A4C559" wp14:editId="39EB6FD5">
                  <wp:extent cx="5928360" cy="514340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303" cy="52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760CF9" w:rsidRDefault="00760CF9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E2BBFE" wp14:editId="0003EB47">
                  <wp:extent cx="5745480" cy="547416"/>
                  <wp:effectExtent l="0" t="0" r="762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638" cy="55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760CF9" w:rsidRDefault="00AE25C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E11508" wp14:editId="0CD2951C">
                  <wp:extent cx="6012180" cy="428647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271" cy="43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760CF9" w:rsidRPr="003A6A3B" w:rsidRDefault="00AE25C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33D75B0" wp14:editId="274292FB">
                  <wp:extent cx="5737860" cy="6933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487" cy="69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760CF9" w:rsidRPr="003A6A3B" w:rsidRDefault="00AE25C1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A5B3E79" wp14:editId="70CBF3ED">
                  <wp:extent cx="5829300" cy="6692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961" cy="67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760CF9" w:rsidRDefault="00AE25C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57186" wp14:editId="0207E258">
                  <wp:extent cx="5798820" cy="46336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96" cy="47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760CF9" w:rsidRDefault="00AE25C1" w:rsidP="001A1EEC">
            <w:pPr>
              <w:rPr>
                <w:noProof/>
              </w:rPr>
            </w:pPr>
            <w:r w:rsidRPr="00AE25C1">
              <w:rPr>
                <w:lang w:val="ru-RU"/>
              </w:rPr>
              <w:t xml:space="preserve">В геометрической прогрессии сумма первого и четвертого членов равна </w:t>
            </w:r>
            <w:r w:rsidRPr="00AE25C1">
              <w:rPr>
                <w:b/>
                <w:bCs/>
                <w:lang w:val="ru-RU"/>
              </w:rPr>
              <w:t>18</w:t>
            </w:r>
            <w:r w:rsidRPr="00AE25C1">
              <w:rPr>
                <w:lang w:val="ru-RU"/>
              </w:rPr>
              <w:t xml:space="preserve">, а сумма второго и пятого членов равна </w:t>
            </w:r>
            <w:r w:rsidRPr="00AE25C1">
              <w:rPr>
                <w:b/>
                <w:bCs/>
                <w:lang w:val="ru-RU"/>
              </w:rPr>
              <w:t>36</w:t>
            </w:r>
            <w:r w:rsidRPr="00AE25C1">
              <w:rPr>
                <w:lang w:val="ru-RU"/>
              </w:rPr>
              <w:t xml:space="preserve">. </w:t>
            </w:r>
            <w:proofErr w:type="spellStart"/>
            <w:r>
              <w:t>Определите</w:t>
            </w:r>
            <w:proofErr w:type="spellEnd"/>
            <w:r>
              <w:t xml:space="preserve"> </w:t>
            </w:r>
            <w:proofErr w:type="spellStart"/>
            <w:r>
              <w:t>первый</w:t>
            </w:r>
            <w:proofErr w:type="spellEnd"/>
            <w:r>
              <w:t xml:space="preserve"> </w:t>
            </w:r>
            <w:proofErr w:type="spellStart"/>
            <w:r>
              <w:t>член</w:t>
            </w:r>
            <w:proofErr w:type="spellEnd"/>
            <w:r>
              <w:t xml:space="preserve"> </w:t>
            </w:r>
            <w:proofErr w:type="spellStart"/>
            <w:r>
              <w:t>прогрессии</w:t>
            </w:r>
            <w:proofErr w:type="spellEnd"/>
            <w:r>
              <w:t>.</w:t>
            </w: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760CF9" w:rsidRDefault="00AE25C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2E2FE0" wp14:editId="45A1DA46">
                  <wp:extent cx="5737860" cy="72998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993" cy="7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C1" w:rsidRPr="003A6A3B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13</w:t>
            </w:r>
          </w:p>
        </w:tc>
        <w:tc>
          <w:tcPr>
            <w:tcW w:w="9741" w:type="dxa"/>
          </w:tcPr>
          <w:p w:rsidR="00760CF9" w:rsidRDefault="00AE25C1" w:rsidP="001A1EEC">
            <w:pPr>
              <w:rPr>
                <w:noProof/>
              </w:rPr>
            </w:pPr>
            <w:r w:rsidRPr="00AE25C1">
              <w:rPr>
                <w:lang w:val="ru-RU"/>
              </w:rPr>
              <w:t xml:space="preserve">На 7 карточках написаны буквы </w:t>
            </w:r>
            <w:r>
              <w:t>C</w:t>
            </w:r>
            <w:r w:rsidRPr="00AE25C1">
              <w:rPr>
                <w:lang w:val="ru-RU"/>
              </w:rPr>
              <w:t xml:space="preserve">, </w:t>
            </w:r>
            <w:r>
              <w:t>A</w:t>
            </w:r>
            <w:r w:rsidRPr="00AE25C1">
              <w:rPr>
                <w:lang w:val="ru-RU"/>
              </w:rPr>
              <w:t xml:space="preserve">, </w:t>
            </w:r>
            <w:r>
              <w:t>R</w:t>
            </w:r>
            <w:r w:rsidRPr="00AE25C1">
              <w:rPr>
                <w:lang w:val="ru-RU"/>
              </w:rPr>
              <w:t xml:space="preserve">, </w:t>
            </w:r>
            <w:r>
              <w:t>A</w:t>
            </w:r>
            <w:r w:rsidRPr="00AE25C1">
              <w:rPr>
                <w:lang w:val="ru-RU"/>
              </w:rPr>
              <w:t xml:space="preserve">, </w:t>
            </w:r>
            <w:r>
              <w:t>C</w:t>
            </w:r>
            <w:r w:rsidRPr="00AE25C1">
              <w:rPr>
                <w:lang w:val="ru-RU"/>
              </w:rPr>
              <w:t xml:space="preserve">, </w:t>
            </w:r>
            <w:r>
              <w:t>A</w:t>
            </w:r>
            <w:r w:rsidRPr="00AE25C1">
              <w:rPr>
                <w:lang w:val="ru-RU"/>
              </w:rPr>
              <w:t xml:space="preserve">, Ș. Карточки извлекаются по одной случайным образом и располагаются в ряд в порядке извлечения. </w:t>
            </w:r>
            <w:proofErr w:type="spellStart"/>
            <w:r>
              <w:t>Определите</w:t>
            </w:r>
            <w:proofErr w:type="spellEnd"/>
            <w:r>
              <w:t xml:space="preserve"> </w:t>
            </w:r>
            <w:proofErr w:type="spellStart"/>
            <w:r>
              <w:t>вероятность</w:t>
            </w:r>
            <w:proofErr w:type="spellEnd"/>
            <w:r>
              <w:t xml:space="preserve"> </w:t>
            </w:r>
            <w:proofErr w:type="spellStart"/>
            <w:r>
              <w:t>того</w:t>
            </w:r>
            <w:proofErr w:type="spellEnd"/>
            <w:r>
              <w:t xml:space="preserve">, </w:t>
            </w:r>
            <w:proofErr w:type="spellStart"/>
            <w:r>
              <w:t>что</w:t>
            </w:r>
            <w:proofErr w:type="spellEnd"/>
            <w:r>
              <w:t xml:space="preserve"> </w:t>
            </w:r>
            <w:proofErr w:type="spellStart"/>
            <w:r>
              <w:t>получится</w:t>
            </w:r>
            <w:proofErr w:type="spellEnd"/>
            <w:r>
              <w:t xml:space="preserve"> </w:t>
            </w:r>
            <w:proofErr w:type="spellStart"/>
            <w:r>
              <w:t>слово</w:t>
            </w:r>
            <w:proofErr w:type="spellEnd"/>
            <w:r>
              <w:t xml:space="preserve"> CARACAȘ.</w:t>
            </w:r>
          </w:p>
        </w:tc>
      </w:tr>
      <w:tr w:rsidR="00AE25C1" w:rsidRPr="001D5222" w:rsidTr="001A1EEC">
        <w:tc>
          <w:tcPr>
            <w:tcW w:w="460" w:type="dxa"/>
          </w:tcPr>
          <w:p w:rsidR="00760CF9" w:rsidRDefault="00760CF9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760CF9" w:rsidRPr="00AE25C1" w:rsidRDefault="00AE25C1" w:rsidP="001A1EEC">
            <w:pPr>
              <w:rPr>
                <w:noProof/>
                <w:lang w:val="ru-RU"/>
              </w:rPr>
            </w:pPr>
            <w:r w:rsidRPr="00AE25C1">
              <w:rPr>
                <w:lang w:val="ru-RU"/>
              </w:rPr>
              <w:t>Первоначально товар стоил 1200 леев. В первый год его цена выросла на 300 леев из-за повышенного спроса на рынке. Во второй год цена снизилась на 24% из-за сокращения производственных затрат. Определите, на сколько процентов изменилась конечная цена товара по сравнению с первоначальной.</w:t>
            </w:r>
          </w:p>
        </w:tc>
      </w:tr>
    </w:tbl>
    <w:p w:rsidR="00783FD9" w:rsidRDefault="00783FD9" w:rsidP="00783FD9">
      <w:pPr>
        <w:rPr>
          <w:lang w:val="ru-RU"/>
        </w:rPr>
      </w:pPr>
    </w:p>
    <w:p w:rsidR="00747104" w:rsidRPr="00747104" w:rsidRDefault="00747104" w:rsidP="00747104">
      <w:pPr>
        <w:jc w:val="center"/>
        <w:rPr>
          <w:b/>
          <w:lang w:val="ru-RU"/>
        </w:rPr>
      </w:pPr>
      <w:r w:rsidRPr="00747104">
        <w:rPr>
          <w:b/>
          <w:lang w:val="ru-RU"/>
        </w:rPr>
        <w:t>ТЕСТ 3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10104"/>
      </w:tblGrid>
      <w:tr w:rsidR="00AD128B" w:rsidTr="001A1EEC">
        <w:tc>
          <w:tcPr>
            <w:tcW w:w="460" w:type="dxa"/>
          </w:tcPr>
          <w:p w:rsidR="00747104" w:rsidRDefault="00747104" w:rsidP="001A1EEC">
            <w:r>
              <w:t>№</w:t>
            </w:r>
          </w:p>
        </w:tc>
        <w:tc>
          <w:tcPr>
            <w:tcW w:w="9741" w:type="dxa"/>
          </w:tcPr>
          <w:p w:rsidR="00747104" w:rsidRDefault="00747104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AD128B" w:rsidTr="001A1EEC">
        <w:tc>
          <w:tcPr>
            <w:tcW w:w="460" w:type="dxa"/>
          </w:tcPr>
          <w:p w:rsidR="00747104" w:rsidRDefault="00747104" w:rsidP="001A1EEC">
            <w:r>
              <w:t>1.</w:t>
            </w:r>
          </w:p>
        </w:tc>
        <w:tc>
          <w:tcPr>
            <w:tcW w:w="9741" w:type="dxa"/>
          </w:tcPr>
          <w:p w:rsidR="00747104" w:rsidRDefault="00AD128B" w:rsidP="001A1EEC">
            <w:r>
              <w:rPr>
                <w:noProof/>
              </w:rPr>
              <w:drawing>
                <wp:inline distT="0" distB="0" distL="0" distR="0" wp14:anchorId="48BF5582" wp14:editId="1FA39B5E">
                  <wp:extent cx="2676525" cy="7524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760CF9" w:rsidTr="001A1EEC">
        <w:tc>
          <w:tcPr>
            <w:tcW w:w="460" w:type="dxa"/>
          </w:tcPr>
          <w:p w:rsidR="00747104" w:rsidRDefault="00747104" w:rsidP="001A1EEC">
            <w:r>
              <w:t>2.</w:t>
            </w:r>
          </w:p>
        </w:tc>
        <w:tc>
          <w:tcPr>
            <w:tcW w:w="9741" w:type="dxa"/>
          </w:tcPr>
          <w:p w:rsidR="00747104" w:rsidRPr="00B8185B" w:rsidRDefault="00933D18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25D3C37" wp14:editId="229B6C76">
                  <wp:extent cx="5895975" cy="623218"/>
                  <wp:effectExtent l="0" t="0" r="0" b="571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155" cy="63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1D5222" w:rsidTr="001A1EEC">
        <w:tc>
          <w:tcPr>
            <w:tcW w:w="460" w:type="dxa"/>
          </w:tcPr>
          <w:p w:rsidR="00747104" w:rsidRPr="003A6A3B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747104" w:rsidRPr="00AD128B" w:rsidRDefault="00AD128B" w:rsidP="001A1EEC">
            <w:pPr>
              <w:rPr>
                <w:lang w:val="ru-RU"/>
              </w:rPr>
            </w:pPr>
            <w:r w:rsidRPr="00AD128B">
              <w:rPr>
                <w:lang w:val="ru-RU"/>
              </w:rPr>
              <w:t xml:space="preserve">Четыре друга Анна, Богдан, Кармен и </w:t>
            </w:r>
            <w:proofErr w:type="spellStart"/>
            <w:r w:rsidRPr="00AD128B">
              <w:rPr>
                <w:lang w:val="ru-RU"/>
              </w:rPr>
              <w:t>Михай</w:t>
            </w:r>
            <w:proofErr w:type="spellEnd"/>
            <w:r w:rsidRPr="00AD128B">
              <w:rPr>
                <w:lang w:val="ru-RU"/>
              </w:rPr>
              <w:t xml:space="preserve"> пришли в магазин аксессуаров для телефонов. Анна купила 2 чехла, 3 портативных зарядных устройства и 1 подставку для телефона, заплатив 670 леев. Богдан купил один чехол и 2 портативных зарядных устройства, заплатив за всю покупку 310 леев. Кармен за 490 леев купила 3 портативных зарядных устройства и 2 подставки для телефона. Какую сумму заплатит </w:t>
            </w:r>
            <w:proofErr w:type="spellStart"/>
            <w:r w:rsidRPr="00AD128B">
              <w:rPr>
                <w:lang w:val="ru-RU"/>
              </w:rPr>
              <w:t>Михай</w:t>
            </w:r>
            <w:proofErr w:type="spellEnd"/>
            <w:r w:rsidRPr="00AD128B">
              <w:rPr>
                <w:lang w:val="ru-RU"/>
              </w:rPr>
              <w:t xml:space="preserve"> за 3 чехла, 1 портативное зарядное устройство и 2 подставки для телефона?</w:t>
            </w:r>
          </w:p>
        </w:tc>
      </w:tr>
      <w:tr w:rsidR="00AD128B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747104" w:rsidRPr="00760CF9" w:rsidRDefault="00AD128B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0F317C7" wp14:editId="172DDEF9">
                  <wp:extent cx="6233160" cy="583493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109" cy="58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747104" w:rsidRPr="003A6A3B" w:rsidRDefault="00AD128B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998C3A5" wp14:editId="2BB1CF5A">
                  <wp:extent cx="6073140" cy="564015"/>
                  <wp:effectExtent l="0" t="0" r="381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699" cy="56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747104" w:rsidRDefault="00AD128B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6B12D1" wp14:editId="4E264C06">
                  <wp:extent cx="6195060" cy="6487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571" cy="65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AD128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747104" w:rsidRPr="00AD128B" w:rsidRDefault="00AD128B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D032158" wp14:editId="38A225DC">
                  <wp:extent cx="6263640" cy="686101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712" cy="69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747104" w:rsidRPr="003A6A3B" w:rsidRDefault="00AD128B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F843332" wp14:editId="77AE2659">
                  <wp:extent cx="6278880" cy="78660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10" cy="79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747104" w:rsidRPr="003A6A3B" w:rsidRDefault="00AD128B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6F1AF23" wp14:editId="37BE8FD2">
                  <wp:extent cx="6134100" cy="8991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617" cy="90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747104" w:rsidRDefault="00AD128B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E1375" wp14:editId="27AFAC86">
                  <wp:extent cx="5966460" cy="43864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157" cy="44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</w:p>
        </w:tc>
        <w:tc>
          <w:tcPr>
            <w:tcW w:w="9741" w:type="dxa"/>
          </w:tcPr>
          <w:p w:rsidR="00747104" w:rsidRDefault="00AD128B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B6940" wp14:editId="1C80CD64">
                  <wp:extent cx="5958840" cy="700715"/>
                  <wp:effectExtent l="0" t="0" r="381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873" cy="70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747104" w:rsidRDefault="00AD128B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B2B13A" wp14:editId="2E361F2C">
                  <wp:extent cx="6187440" cy="494422"/>
                  <wp:effectExtent l="0" t="0" r="381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493" cy="49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28B" w:rsidRPr="001D5222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747104" w:rsidRPr="00AD128B" w:rsidRDefault="00AD128B" w:rsidP="001A1EEC">
            <w:pPr>
              <w:rPr>
                <w:noProof/>
                <w:lang w:val="ru-RU"/>
              </w:rPr>
            </w:pPr>
            <w:r w:rsidRPr="00AD128B">
              <w:rPr>
                <w:lang w:val="ru-RU"/>
              </w:rPr>
              <w:t>Анна разделила книги из библиотеки бабушки на два раздела: «художественная литература» и «документальная литература». Раздел «художественная литература» содержит 50 книг, из которых 30 — романы, а остальные — сборники научной фантастики. Раздел «документальная литература» содержит 40 книг, из которых 25 — эссе, а остальные — биографические книги. Анна случайным образом выбирает по одной книге из каждого раздела для чтения на каникулах. Определите вероятность того, что одна из выбранных книг будет из сборников научной фантастики, а другая — из биографических книг.</w:t>
            </w:r>
          </w:p>
        </w:tc>
      </w:tr>
      <w:tr w:rsidR="00AD128B" w:rsidRPr="001D5222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747104" w:rsidRPr="00AD128B" w:rsidRDefault="00AD128B" w:rsidP="001A1EEC">
            <w:pPr>
              <w:rPr>
                <w:noProof/>
                <w:lang w:val="ru-RU"/>
              </w:rPr>
            </w:pPr>
            <w:r w:rsidRPr="00AD128B">
              <w:rPr>
                <w:lang w:val="ru-RU"/>
              </w:rPr>
              <w:t>Транспортная компания вначале имела 50 автомобилей. В первый год количество автомобилей увеличилось на 20%. Во второй год количество автомобилей увеличилось на 15%. Определите общее количество автомобилей по истечении двух лет.</w:t>
            </w:r>
          </w:p>
        </w:tc>
      </w:tr>
    </w:tbl>
    <w:p w:rsidR="00747104" w:rsidRDefault="00747104" w:rsidP="00783FD9">
      <w:pPr>
        <w:rPr>
          <w:lang w:val="ru-RU"/>
        </w:rPr>
      </w:pPr>
    </w:p>
    <w:p w:rsidR="00747104" w:rsidRPr="00AD128B" w:rsidRDefault="00747104" w:rsidP="00AD128B">
      <w:pPr>
        <w:jc w:val="center"/>
        <w:rPr>
          <w:b/>
          <w:sz w:val="24"/>
          <w:lang w:val="ru-RU"/>
        </w:rPr>
      </w:pPr>
      <w:r w:rsidRPr="00AD128B">
        <w:rPr>
          <w:b/>
          <w:sz w:val="24"/>
          <w:lang w:val="ru-RU"/>
        </w:rPr>
        <w:t>ТЕСТ 4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10272"/>
      </w:tblGrid>
      <w:tr w:rsidR="000841F6" w:rsidTr="001A1EEC">
        <w:tc>
          <w:tcPr>
            <w:tcW w:w="460" w:type="dxa"/>
          </w:tcPr>
          <w:p w:rsidR="00747104" w:rsidRDefault="00747104" w:rsidP="001A1EEC">
            <w:r>
              <w:t>№</w:t>
            </w:r>
          </w:p>
        </w:tc>
        <w:tc>
          <w:tcPr>
            <w:tcW w:w="9741" w:type="dxa"/>
          </w:tcPr>
          <w:p w:rsidR="00747104" w:rsidRDefault="00747104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0841F6" w:rsidTr="001A1EEC">
        <w:tc>
          <w:tcPr>
            <w:tcW w:w="460" w:type="dxa"/>
          </w:tcPr>
          <w:p w:rsidR="00747104" w:rsidRDefault="00747104" w:rsidP="001A1EEC">
            <w:r>
              <w:t>1.</w:t>
            </w:r>
          </w:p>
        </w:tc>
        <w:tc>
          <w:tcPr>
            <w:tcW w:w="9741" w:type="dxa"/>
          </w:tcPr>
          <w:p w:rsidR="00747104" w:rsidRDefault="000841F6" w:rsidP="001A1EEC">
            <w:r>
              <w:rPr>
                <w:noProof/>
              </w:rPr>
              <w:drawing>
                <wp:inline distT="0" distB="0" distL="0" distR="0" wp14:anchorId="7FF0096A" wp14:editId="281B8D95">
                  <wp:extent cx="2809875" cy="7429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760CF9" w:rsidTr="001A1EEC">
        <w:tc>
          <w:tcPr>
            <w:tcW w:w="460" w:type="dxa"/>
          </w:tcPr>
          <w:p w:rsidR="00747104" w:rsidRDefault="00747104" w:rsidP="001A1EEC">
            <w:r>
              <w:t>2.</w:t>
            </w:r>
          </w:p>
        </w:tc>
        <w:tc>
          <w:tcPr>
            <w:tcW w:w="9741" w:type="dxa"/>
          </w:tcPr>
          <w:p w:rsidR="00747104" w:rsidRPr="00B8185B" w:rsidRDefault="000841F6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A8A103F" wp14:editId="1A04DF23">
                  <wp:extent cx="6332220" cy="456154"/>
                  <wp:effectExtent l="0" t="0" r="0" b="127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204" cy="46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3A6A3B" w:rsidTr="001A1EEC">
        <w:tc>
          <w:tcPr>
            <w:tcW w:w="460" w:type="dxa"/>
          </w:tcPr>
          <w:p w:rsidR="00747104" w:rsidRPr="003A6A3B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747104" w:rsidRPr="00B8185B" w:rsidRDefault="000841F6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457E0FD" wp14:editId="58AE7737">
                  <wp:extent cx="6172200" cy="986409"/>
                  <wp:effectExtent l="0" t="0" r="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022" cy="99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747104" w:rsidRPr="00760CF9" w:rsidRDefault="000841F6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09F05D4" wp14:editId="0688B09C">
                  <wp:extent cx="5941018" cy="678180"/>
                  <wp:effectExtent l="0" t="0" r="3175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187" cy="68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747104" w:rsidRDefault="000841F6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11D19FB" wp14:editId="01E93CCF">
                  <wp:extent cx="6096000" cy="523804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198" cy="5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422" w:rsidRPr="003A6A3B" w:rsidRDefault="00405422" w:rsidP="001A1EEC">
            <w:pPr>
              <w:rPr>
                <w:lang w:val="ru-RU"/>
              </w:rPr>
            </w:pPr>
          </w:p>
        </w:tc>
      </w:tr>
      <w:tr w:rsidR="000841F6" w:rsidRPr="000841F6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747104" w:rsidRPr="000841F6" w:rsidRDefault="000841F6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B581EE3" wp14:editId="60587E66">
                  <wp:extent cx="6301740" cy="801721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039" cy="80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747104" w:rsidRDefault="000841F6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FA182" wp14:editId="17057479">
                  <wp:extent cx="6240780" cy="686486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902" cy="69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0841F6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</w:p>
        </w:tc>
        <w:tc>
          <w:tcPr>
            <w:tcW w:w="9741" w:type="dxa"/>
          </w:tcPr>
          <w:p w:rsidR="00747104" w:rsidRPr="003A6A3B" w:rsidRDefault="000841F6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1F4318" wp14:editId="1B9D5B6F">
                  <wp:extent cx="6385560" cy="562875"/>
                  <wp:effectExtent l="0" t="0" r="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164" cy="57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747104" w:rsidRPr="003A6A3B" w:rsidRDefault="000841F6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FDEFD26" wp14:editId="3B650D59">
                  <wp:extent cx="6172200" cy="70580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59" cy="71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747104" w:rsidRDefault="000841F6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9B913" wp14:editId="54B47D9C">
                  <wp:extent cx="5928360" cy="40949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504" cy="41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747104" w:rsidRDefault="000841F6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28EEA" wp14:editId="587755E3">
                  <wp:extent cx="5974080" cy="746207"/>
                  <wp:effectExtent l="0" t="0" r="762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012" cy="74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747104" w:rsidRDefault="000841F6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32CE0" wp14:editId="38324D5D">
                  <wp:extent cx="6149340" cy="728241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048" cy="7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1F6" w:rsidRPr="001D5222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747104" w:rsidRPr="000841F6" w:rsidRDefault="000841F6" w:rsidP="001A1EEC">
            <w:pPr>
              <w:rPr>
                <w:noProof/>
                <w:lang w:val="ru-RU"/>
              </w:rPr>
            </w:pPr>
            <w:r w:rsidRPr="000841F6">
              <w:rPr>
                <w:lang w:val="ru-RU"/>
              </w:rPr>
              <w:t>С помощью нечётных цифр формируются 4-значные коды. Определите вероятность того, что случайно сформированный код содержит ровно три цифры 1</w:t>
            </w:r>
          </w:p>
        </w:tc>
      </w:tr>
      <w:tr w:rsidR="000841F6" w:rsidRPr="001D5222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747104" w:rsidRPr="000841F6" w:rsidRDefault="000841F6" w:rsidP="001A1EEC">
            <w:pPr>
              <w:rPr>
                <w:noProof/>
                <w:lang w:val="ru-RU"/>
              </w:rPr>
            </w:pPr>
            <w:r w:rsidRPr="000841F6">
              <w:rPr>
                <w:lang w:val="ru-RU"/>
              </w:rPr>
              <w:t>Магазин изначально имел 200 товаров на складе. После поставки количество товаров увеличилось, а затем магазин продал часть из них. В итоге на складе осталось 198 товаров. Известно, что как в результате поставки, так и в результате продажи количество товаров изменялось на один и тот же процент. Определите процент, на который увеличилось, и соответственно уменьшилось количество товаров.</w:t>
            </w:r>
          </w:p>
        </w:tc>
      </w:tr>
    </w:tbl>
    <w:p w:rsidR="00747104" w:rsidRDefault="00747104" w:rsidP="00783FD9">
      <w:pPr>
        <w:rPr>
          <w:lang w:val="ru-RU"/>
        </w:rPr>
      </w:pPr>
    </w:p>
    <w:p w:rsidR="00747104" w:rsidRPr="00150521" w:rsidRDefault="00747104" w:rsidP="00150521">
      <w:pPr>
        <w:jc w:val="center"/>
        <w:rPr>
          <w:b/>
          <w:sz w:val="28"/>
          <w:lang w:val="ru-RU"/>
        </w:rPr>
      </w:pPr>
      <w:r w:rsidRPr="00150521">
        <w:rPr>
          <w:b/>
          <w:sz w:val="28"/>
          <w:lang w:val="ru-RU"/>
        </w:rPr>
        <w:t>ТЕСТ 5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9972"/>
      </w:tblGrid>
      <w:tr w:rsidR="00150521" w:rsidTr="001A1EEC">
        <w:tc>
          <w:tcPr>
            <w:tcW w:w="460" w:type="dxa"/>
          </w:tcPr>
          <w:p w:rsidR="00747104" w:rsidRDefault="00747104" w:rsidP="001A1EEC">
            <w:r>
              <w:t>№</w:t>
            </w:r>
          </w:p>
        </w:tc>
        <w:tc>
          <w:tcPr>
            <w:tcW w:w="9741" w:type="dxa"/>
          </w:tcPr>
          <w:p w:rsidR="00747104" w:rsidRDefault="00747104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150521" w:rsidTr="001A1EEC">
        <w:tc>
          <w:tcPr>
            <w:tcW w:w="460" w:type="dxa"/>
          </w:tcPr>
          <w:p w:rsidR="00747104" w:rsidRDefault="00747104" w:rsidP="001A1EEC">
            <w:r>
              <w:t>1.</w:t>
            </w:r>
          </w:p>
        </w:tc>
        <w:tc>
          <w:tcPr>
            <w:tcW w:w="9741" w:type="dxa"/>
          </w:tcPr>
          <w:p w:rsidR="00747104" w:rsidRDefault="00AA7459" w:rsidP="001A1EEC">
            <w:r>
              <w:rPr>
                <w:noProof/>
              </w:rPr>
              <w:drawing>
                <wp:inline distT="0" distB="0" distL="0" distR="0" wp14:anchorId="20B376E5" wp14:editId="4C4CA4B0">
                  <wp:extent cx="3535164" cy="48006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158" cy="48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760CF9" w:rsidTr="001A1EEC">
        <w:tc>
          <w:tcPr>
            <w:tcW w:w="460" w:type="dxa"/>
          </w:tcPr>
          <w:p w:rsidR="00747104" w:rsidRDefault="00747104" w:rsidP="001A1EEC">
            <w:r>
              <w:t>2.</w:t>
            </w:r>
          </w:p>
        </w:tc>
        <w:tc>
          <w:tcPr>
            <w:tcW w:w="9741" w:type="dxa"/>
          </w:tcPr>
          <w:p w:rsidR="00747104" w:rsidRPr="00B8185B" w:rsidRDefault="00AA7459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B276DF1" wp14:editId="32ADA885">
                  <wp:extent cx="5585460" cy="419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4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Pr="003A6A3B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747104" w:rsidRPr="00B8185B" w:rsidRDefault="00405422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D2851BA" wp14:editId="588320E2">
                  <wp:extent cx="5958840" cy="648300"/>
                  <wp:effectExtent l="0" t="0" r="381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961" cy="65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747104" w:rsidRPr="00760CF9" w:rsidRDefault="00AA7459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C6F4196" wp14:editId="56C5605E">
                  <wp:extent cx="6004560" cy="6682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313" cy="67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747104" w:rsidRPr="003A6A3B" w:rsidRDefault="00AA7459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20CAA8" wp14:editId="1B5B8272">
                  <wp:extent cx="6092067" cy="72390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860" cy="73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747104" w:rsidRDefault="00AA7459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FBCAB3" wp14:editId="74D4EDFA">
                  <wp:extent cx="6004560" cy="75335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331" cy="76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</w:p>
        </w:tc>
        <w:tc>
          <w:tcPr>
            <w:tcW w:w="9741" w:type="dxa"/>
          </w:tcPr>
          <w:p w:rsidR="00747104" w:rsidRDefault="00AA7459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DDF819" wp14:editId="436E0F3D">
                  <wp:extent cx="6042660" cy="10294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202" cy="103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747104" w:rsidRPr="003A6A3B" w:rsidRDefault="00AA7459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428FE9B" wp14:editId="1772510C">
                  <wp:extent cx="6134100" cy="181467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178" cy="181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747104" w:rsidRPr="003A6A3B" w:rsidRDefault="00AA7459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91BE8FF" wp14:editId="6302D5A0">
                  <wp:extent cx="6195060" cy="830023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146" cy="83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747104" w:rsidRDefault="00AA7459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6D521" wp14:editId="44BDA89C">
                  <wp:extent cx="6126480" cy="92294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486" cy="93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747104" w:rsidRDefault="0015052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75264" wp14:editId="612A7D4E">
                  <wp:extent cx="5798820" cy="607265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689" cy="6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747104" w:rsidRDefault="0015052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FE50A2" wp14:editId="2C8FB5ED">
                  <wp:extent cx="5951220" cy="845294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455" cy="85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3A6A3B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747104" w:rsidRDefault="0015052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5FD085" wp14:editId="4EEA8C59">
                  <wp:extent cx="5897880" cy="706107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182" cy="71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21" w:rsidRPr="00747104" w:rsidTr="001A1EEC">
        <w:tc>
          <w:tcPr>
            <w:tcW w:w="460" w:type="dxa"/>
          </w:tcPr>
          <w:p w:rsidR="00747104" w:rsidRDefault="00747104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747104" w:rsidRPr="00AE25C1" w:rsidRDefault="00150521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2B72B01" wp14:editId="2DB97D88">
                  <wp:extent cx="5791200" cy="879404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595" cy="88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104" w:rsidRDefault="00747104" w:rsidP="00783FD9">
      <w:pPr>
        <w:rPr>
          <w:lang w:val="ru-RU"/>
        </w:rPr>
      </w:pPr>
    </w:p>
    <w:p w:rsidR="00150521" w:rsidRPr="00150521" w:rsidRDefault="00150521" w:rsidP="00150521">
      <w:pPr>
        <w:jc w:val="center"/>
        <w:rPr>
          <w:b/>
          <w:sz w:val="24"/>
          <w:lang w:val="ru-RU"/>
        </w:rPr>
      </w:pPr>
      <w:r w:rsidRPr="00150521">
        <w:rPr>
          <w:b/>
          <w:sz w:val="24"/>
          <w:lang w:val="ru-RU"/>
        </w:rPr>
        <w:t xml:space="preserve">ТЕСТ </w:t>
      </w:r>
      <w:r>
        <w:rPr>
          <w:b/>
          <w:sz w:val="24"/>
          <w:lang w:val="ru-RU"/>
        </w:rPr>
        <w:t>6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10128"/>
      </w:tblGrid>
      <w:tr w:rsidR="00B77C9F" w:rsidTr="001A1EEC">
        <w:tc>
          <w:tcPr>
            <w:tcW w:w="460" w:type="dxa"/>
          </w:tcPr>
          <w:p w:rsidR="00150521" w:rsidRDefault="00150521" w:rsidP="001A1EEC">
            <w:r>
              <w:t>№</w:t>
            </w:r>
          </w:p>
        </w:tc>
        <w:tc>
          <w:tcPr>
            <w:tcW w:w="9741" w:type="dxa"/>
          </w:tcPr>
          <w:p w:rsidR="00150521" w:rsidRDefault="00150521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B77C9F" w:rsidTr="001A1EEC">
        <w:tc>
          <w:tcPr>
            <w:tcW w:w="460" w:type="dxa"/>
          </w:tcPr>
          <w:p w:rsidR="00150521" w:rsidRDefault="00150521" w:rsidP="001A1EEC">
            <w:r>
              <w:t>1.</w:t>
            </w:r>
          </w:p>
        </w:tc>
        <w:tc>
          <w:tcPr>
            <w:tcW w:w="9741" w:type="dxa"/>
          </w:tcPr>
          <w:p w:rsidR="00150521" w:rsidRDefault="00150521" w:rsidP="001A1EEC">
            <w:r>
              <w:rPr>
                <w:noProof/>
              </w:rPr>
              <w:drawing>
                <wp:inline distT="0" distB="0" distL="0" distR="0" wp14:anchorId="0431EED3" wp14:editId="48D6E4EF">
                  <wp:extent cx="2514600" cy="5334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760CF9" w:rsidTr="001A1EEC">
        <w:tc>
          <w:tcPr>
            <w:tcW w:w="460" w:type="dxa"/>
          </w:tcPr>
          <w:p w:rsidR="00150521" w:rsidRDefault="00150521" w:rsidP="001A1EEC">
            <w:r>
              <w:lastRenderedPageBreak/>
              <w:t>2.</w:t>
            </w:r>
          </w:p>
        </w:tc>
        <w:tc>
          <w:tcPr>
            <w:tcW w:w="9741" w:type="dxa"/>
          </w:tcPr>
          <w:p w:rsidR="00150521" w:rsidRPr="00B8185B" w:rsidRDefault="0015052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F981BB3" wp14:editId="4466D044">
                  <wp:extent cx="5505450" cy="485775"/>
                  <wp:effectExtent l="0" t="0" r="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Pr="003A6A3B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150521" w:rsidRPr="00B8185B" w:rsidRDefault="0015052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CA32A1A" wp14:editId="7B6638E1">
                  <wp:extent cx="6189345" cy="860363"/>
                  <wp:effectExtent l="0" t="0" r="190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079" cy="86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150521" w:rsidRDefault="00150521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63D6265" wp14:editId="56E4B7A1">
                  <wp:extent cx="6080760" cy="133794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308" cy="13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0521" w:rsidRPr="00760CF9" w:rsidRDefault="00150521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150521" w:rsidRPr="003A6A3B" w:rsidRDefault="0015052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76B6787" wp14:editId="2C69FDFA">
                  <wp:extent cx="6141720" cy="809228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629" cy="81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150521" w:rsidRDefault="00405422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052F2A" wp14:editId="4137B1B7">
                  <wp:extent cx="5107305" cy="465603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066" cy="47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A1BACD" wp14:editId="13851661">
                  <wp:extent cx="912731" cy="619125"/>
                  <wp:effectExtent l="0" t="0" r="190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89" cy="62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150521" w:rsidRDefault="00B77C9F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E165FF" wp14:editId="650C19CD">
                  <wp:extent cx="6156960" cy="580921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817" cy="58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150521" w:rsidRPr="003A6A3B" w:rsidRDefault="00B77C9F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42D037C" wp14:editId="49B1D970">
                  <wp:extent cx="5905500" cy="604767"/>
                  <wp:effectExtent l="0" t="0" r="0" b="508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549" cy="60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150521" w:rsidRPr="003A6A3B" w:rsidRDefault="00B77C9F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E9F6753" wp14:editId="5FA87477">
                  <wp:extent cx="6294120" cy="832805"/>
                  <wp:effectExtent l="0" t="0" r="0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704" cy="83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150521" w:rsidRDefault="00B77C9F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41940C" wp14:editId="1C70970D">
                  <wp:extent cx="6126480" cy="491820"/>
                  <wp:effectExtent l="0" t="0" r="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3100" cy="49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150521" w:rsidRDefault="00B77C9F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9FDE26" wp14:editId="44C2E8D4">
                  <wp:extent cx="6187440" cy="911502"/>
                  <wp:effectExtent l="0" t="0" r="3810" b="317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499" cy="91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150521" w:rsidRDefault="00B77C9F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5EB658" wp14:editId="481522FE">
                  <wp:extent cx="5943600" cy="741849"/>
                  <wp:effectExtent l="0" t="0" r="0" b="127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856" cy="74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13</w:t>
            </w:r>
          </w:p>
        </w:tc>
        <w:tc>
          <w:tcPr>
            <w:tcW w:w="9741" w:type="dxa"/>
          </w:tcPr>
          <w:p w:rsidR="00150521" w:rsidRDefault="00B77C9F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64CB3" wp14:editId="504EA2E7">
                  <wp:extent cx="6019800" cy="794749"/>
                  <wp:effectExtent l="0" t="0" r="0" b="571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259" cy="80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F" w:rsidRPr="00747104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150521" w:rsidRPr="00AE25C1" w:rsidRDefault="00B77C9F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EBADAB2" wp14:editId="59FE7E74">
                  <wp:extent cx="6202680" cy="712734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366" cy="7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521" w:rsidRPr="003A6A3B" w:rsidRDefault="00150521" w:rsidP="00150521">
      <w:pPr>
        <w:rPr>
          <w:lang w:val="ru-RU"/>
        </w:rPr>
      </w:pPr>
    </w:p>
    <w:p w:rsidR="00150521" w:rsidRPr="00B77C9F" w:rsidRDefault="00150521" w:rsidP="00150521">
      <w:pPr>
        <w:jc w:val="center"/>
        <w:rPr>
          <w:b/>
          <w:sz w:val="28"/>
          <w:lang w:val="ru-RU"/>
        </w:rPr>
      </w:pPr>
      <w:r w:rsidRPr="00B77C9F">
        <w:rPr>
          <w:b/>
          <w:sz w:val="28"/>
          <w:lang w:val="ru-RU"/>
        </w:rPr>
        <w:t xml:space="preserve">ТЕСТ </w:t>
      </w:r>
      <w:r w:rsidR="00B77C9F" w:rsidRPr="00B77C9F">
        <w:rPr>
          <w:b/>
          <w:sz w:val="28"/>
          <w:lang w:val="ru-RU"/>
        </w:rPr>
        <w:t>7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10152"/>
      </w:tblGrid>
      <w:tr w:rsidR="00DB182E" w:rsidTr="001A1EEC">
        <w:tc>
          <w:tcPr>
            <w:tcW w:w="460" w:type="dxa"/>
          </w:tcPr>
          <w:p w:rsidR="00150521" w:rsidRDefault="00150521" w:rsidP="001A1EEC">
            <w:r>
              <w:t>№</w:t>
            </w:r>
          </w:p>
        </w:tc>
        <w:tc>
          <w:tcPr>
            <w:tcW w:w="9741" w:type="dxa"/>
          </w:tcPr>
          <w:p w:rsidR="00150521" w:rsidRDefault="00150521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DB182E" w:rsidTr="001A1EEC">
        <w:tc>
          <w:tcPr>
            <w:tcW w:w="460" w:type="dxa"/>
          </w:tcPr>
          <w:p w:rsidR="00150521" w:rsidRDefault="00150521" w:rsidP="001A1EEC">
            <w:r>
              <w:t>1.</w:t>
            </w:r>
          </w:p>
        </w:tc>
        <w:tc>
          <w:tcPr>
            <w:tcW w:w="9741" w:type="dxa"/>
          </w:tcPr>
          <w:p w:rsidR="00150521" w:rsidRDefault="00DB182E" w:rsidP="001A1EEC">
            <w:r>
              <w:rPr>
                <w:noProof/>
              </w:rPr>
              <w:drawing>
                <wp:inline distT="0" distB="0" distL="0" distR="0" wp14:anchorId="118A816C" wp14:editId="29DAD735">
                  <wp:extent cx="2981325" cy="409575"/>
                  <wp:effectExtent l="0" t="0" r="9525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760CF9" w:rsidTr="001A1EEC">
        <w:tc>
          <w:tcPr>
            <w:tcW w:w="460" w:type="dxa"/>
          </w:tcPr>
          <w:p w:rsidR="00150521" w:rsidRDefault="00150521" w:rsidP="001A1EEC">
            <w:r>
              <w:t>2.</w:t>
            </w:r>
          </w:p>
        </w:tc>
        <w:tc>
          <w:tcPr>
            <w:tcW w:w="9741" w:type="dxa"/>
          </w:tcPr>
          <w:p w:rsidR="00150521" w:rsidRPr="00B8185B" w:rsidRDefault="00DB182E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0508911" wp14:editId="5AB4F8D5">
                  <wp:extent cx="6111240" cy="542655"/>
                  <wp:effectExtent l="0" t="0" r="381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283" cy="54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Pr="003A6A3B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150521" w:rsidRPr="00B8185B" w:rsidRDefault="00DB182E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527EB8B" wp14:editId="10A43957">
                  <wp:extent cx="5429250" cy="5238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150521" w:rsidRPr="00760CF9" w:rsidRDefault="00DB182E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1F4009C" wp14:editId="696430CD">
                  <wp:extent cx="6309360" cy="817296"/>
                  <wp:effectExtent l="0" t="0" r="0" b="190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554" cy="8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150521" w:rsidRPr="003A6A3B" w:rsidRDefault="00DB182E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ED91E1" wp14:editId="06DED701">
                  <wp:extent cx="5890260" cy="585754"/>
                  <wp:effectExtent l="0" t="0" r="0" b="508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122" cy="59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150521" w:rsidRDefault="00DB182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848A54" wp14:editId="469F7B8E">
                  <wp:extent cx="6092190" cy="647187"/>
                  <wp:effectExtent l="0" t="0" r="3810" b="63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725" cy="65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150521" w:rsidRDefault="00DB182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AAE483" wp14:editId="73E42A4C">
                  <wp:extent cx="6042660" cy="562863"/>
                  <wp:effectExtent l="0" t="0" r="0" b="889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012" cy="56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150521" w:rsidRPr="003A6A3B" w:rsidRDefault="00DB182E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01C4C09" wp14:editId="29A94FBD">
                  <wp:extent cx="6141720" cy="86439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060" cy="87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150521" w:rsidRPr="003A6A3B" w:rsidRDefault="00DB182E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2FF04D7" wp14:editId="7716D83E">
                  <wp:extent cx="5974080" cy="969682"/>
                  <wp:effectExtent l="0" t="0" r="7620" b="190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893" cy="98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9741" w:type="dxa"/>
          </w:tcPr>
          <w:p w:rsidR="00150521" w:rsidRDefault="00DB182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1349C" wp14:editId="61F423DF">
                  <wp:extent cx="6004560" cy="753906"/>
                  <wp:effectExtent l="0" t="0" r="0" b="825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373" cy="76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150521" w:rsidRDefault="00DB182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A99B9D" wp14:editId="5458E7D0">
                  <wp:extent cx="6179820" cy="1003076"/>
                  <wp:effectExtent l="0" t="0" r="0" b="698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278" cy="10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150521" w:rsidRDefault="00DB182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231A8D" wp14:editId="5E0F753E">
                  <wp:extent cx="6118860" cy="57336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47" cy="58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150521" w:rsidRDefault="00114D8D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C885C" wp14:editId="54B0C7CB">
                  <wp:extent cx="5608320" cy="1045848"/>
                  <wp:effectExtent l="0" t="0" r="0" b="190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259" cy="10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82E" w:rsidRPr="00747104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150521" w:rsidRPr="00AE25C1" w:rsidRDefault="00114D8D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8E31604" wp14:editId="79068067">
                  <wp:extent cx="6027420" cy="938157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994" cy="94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521" w:rsidRDefault="00150521" w:rsidP="00783FD9">
      <w:pPr>
        <w:rPr>
          <w:lang w:val="ru-RU"/>
        </w:rPr>
      </w:pPr>
    </w:p>
    <w:p w:rsidR="00933D18" w:rsidRDefault="00933D18" w:rsidP="00150521">
      <w:pPr>
        <w:jc w:val="center"/>
        <w:rPr>
          <w:b/>
          <w:sz w:val="24"/>
          <w:lang w:val="ru-RU"/>
        </w:rPr>
      </w:pPr>
    </w:p>
    <w:p w:rsidR="00150521" w:rsidRPr="00150521" w:rsidRDefault="00150521" w:rsidP="00150521">
      <w:pPr>
        <w:jc w:val="center"/>
        <w:rPr>
          <w:b/>
          <w:sz w:val="24"/>
          <w:lang w:val="ru-RU"/>
        </w:rPr>
      </w:pPr>
      <w:r w:rsidRPr="00150521">
        <w:rPr>
          <w:b/>
          <w:sz w:val="24"/>
          <w:lang w:val="ru-RU"/>
        </w:rPr>
        <w:t xml:space="preserve">ТЕСТ </w:t>
      </w:r>
      <w:r w:rsidR="00114D8D">
        <w:rPr>
          <w:b/>
          <w:sz w:val="24"/>
          <w:lang w:val="ru-RU"/>
        </w:rPr>
        <w:t>8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10056"/>
      </w:tblGrid>
      <w:tr w:rsidR="00CB6368" w:rsidTr="001A1EEC">
        <w:tc>
          <w:tcPr>
            <w:tcW w:w="460" w:type="dxa"/>
          </w:tcPr>
          <w:p w:rsidR="00150521" w:rsidRDefault="00150521" w:rsidP="001A1EEC">
            <w:r>
              <w:t>№</w:t>
            </w:r>
          </w:p>
        </w:tc>
        <w:tc>
          <w:tcPr>
            <w:tcW w:w="9741" w:type="dxa"/>
          </w:tcPr>
          <w:p w:rsidR="00150521" w:rsidRDefault="00150521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CB6368" w:rsidTr="001A1EEC">
        <w:tc>
          <w:tcPr>
            <w:tcW w:w="460" w:type="dxa"/>
          </w:tcPr>
          <w:p w:rsidR="00150521" w:rsidRDefault="00150521" w:rsidP="001A1EEC">
            <w:r>
              <w:t>1.</w:t>
            </w:r>
          </w:p>
        </w:tc>
        <w:tc>
          <w:tcPr>
            <w:tcW w:w="9741" w:type="dxa"/>
          </w:tcPr>
          <w:p w:rsidR="00150521" w:rsidRDefault="00780059" w:rsidP="001A1EEC">
            <w:r>
              <w:rPr>
                <w:noProof/>
              </w:rPr>
              <w:drawing>
                <wp:inline distT="0" distB="0" distL="0" distR="0" wp14:anchorId="642C23B3" wp14:editId="0F5EC16B">
                  <wp:extent cx="2590800" cy="428625"/>
                  <wp:effectExtent l="0" t="0" r="0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760CF9" w:rsidTr="001A1EEC">
        <w:tc>
          <w:tcPr>
            <w:tcW w:w="460" w:type="dxa"/>
          </w:tcPr>
          <w:p w:rsidR="00150521" w:rsidRDefault="00150521" w:rsidP="001A1EEC">
            <w:r>
              <w:t>2.</w:t>
            </w:r>
          </w:p>
        </w:tc>
        <w:tc>
          <w:tcPr>
            <w:tcW w:w="9741" w:type="dxa"/>
          </w:tcPr>
          <w:p w:rsidR="00150521" w:rsidRDefault="00780059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62DD877" wp14:editId="58045596">
                  <wp:extent cx="6134100" cy="799705"/>
                  <wp:effectExtent l="0" t="0" r="0" b="63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098" cy="80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D18" w:rsidRPr="00B8185B" w:rsidRDefault="00933D18" w:rsidP="001A1EEC">
            <w:pPr>
              <w:rPr>
                <w:lang w:val="ru-RU"/>
              </w:rPr>
            </w:pPr>
          </w:p>
        </w:tc>
      </w:tr>
      <w:tr w:rsidR="00CB6368" w:rsidRPr="003A6A3B" w:rsidTr="001A1EEC">
        <w:tc>
          <w:tcPr>
            <w:tcW w:w="460" w:type="dxa"/>
          </w:tcPr>
          <w:p w:rsidR="00150521" w:rsidRPr="003A6A3B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150521" w:rsidRPr="00B8185B" w:rsidRDefault="00780059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1C7402E" wp14:editId="25D21122">
                  <wp:extent cx="6240780" cy="807256"/>
                  <wp:effectExtent l="0" t="0" r="762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017" cy="81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150521" w:rsidRPr="00760CF9" w:rsidRDefault="00E31717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CE84274" wp14:editId="1B254E6F">
                  <wp:extent cx="6130290" cy="566665"/>
                  <wp:effectExtent l="0" t="0" r="3810" b="508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226" cy="57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150521" w:rsidRPr="003A6A3B" w:rsidRDefault="00E31717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AB32DCF" wp14:editId="11F0C76D">
                  <wp:extent cx="6019800" cy="629188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635" cy="63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</w:p>
        </w:tc>
        <w:tc>
          <w:tcPr>
            <w:tcW w:w="9741" w:type="dxa"/>
          </w:tcPr>
          <w:p w:rsidR="00150521" w:rsidRDefault="00E31717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48A7C0" wp14:editId="1394A1BF">
                  <wp:extent cx="6156960" cy="530183"/>
                  <wp:effectExtent l="0" t="0" r="0" b="381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031" cy="54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150521" w:rsidRDefault="00E31717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D34F58" wp14:editId="4E0892DB">
                  <wp:extent cx="6012180" cy="825005"/>
                  <wp:effectExtent l="0" t="0" r="762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405" cy="82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150521" w:rsidRPr="003A6A3B" w:rsidRDefault="00E31717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A7B4885" wp14:editId="59E9FD73">
                  <wp:extent cx="6111240" cy="775788"/>
                  <wp:effectExtent l="0" t="0" r="3810" b="571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095" cy="78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150521" w:rsidRPr="003A6A3B" w:rsidRDefault="00E31717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8F49025" wp14:editId="07A9312E">
                  <wp:extent cx="6096000" cy="739987"/>
                  <wp:effectExtent l="0" t="0" r="0" b="317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16" cy="7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150521" w:rsidRDefault="00E31717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534F9A" wp14:editId="7AC5E413">
                  <wp:extent cx="5989320" cy="76752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734" cy="77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150521" w:rsidRDefault="00CB636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E30B69" wp14:editId="5FD22B2F">
                  <wp:extent cx="5859780" cy="784017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731" cy="78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150521" w:rsidRDefault="00CB636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F56BF8" wp14:editId="02D90AAD">
                  <wp:extent cx="5981700" cy="528384"/>
                  <wp:effectExtent l="0" t="0" r="0" b="508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417" cy="53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150521" w:rsidRDefault="00CB636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3A2C40" wp14:editId="41F7CC32">
                  <wp:extent cx="5591175" cy="493105"/>
                  <wp:effectExtent l="0" t="0" r="0" b="254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774" cy="49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68" w:rsidRPr="00747104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150521" w:rsidRPr="00AE25C1" w:rsidRDefault="00CB6368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9CFB9DB" wp14:editId="08016E0C">
                  <wp:extent cx="5389245" cy="891689"/>
                  <wp:effectExtent l="0" t="0" r="1905" b="381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541" cy="89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521" w:rsidRDefault="00150521" w:rsidP="00783FD9">
      <w:pPr>
        <w:rPr>
          <w:lang w:val="ru-RU"/>
        </w:rPr>
      </w:pPr>
    </w:p>
    <w:p w:rsidR="00150521" w:rsidRPr="00E70044" w:rsidRDefault="00150521" w:rsidP="00150521">
      <w:pPr>
        <w:jc w:val="center"/>
        <w:rPr>
          <w:b/>
          <w:sz w:val="28"/>
          <w:lang w:val="ru-RU"/>
        </w:rPr>
      </w:pPr>
      <w:r w:rsidRPr="00E70044">
        <w:rPr>
          <w:b/>
          <w:sz w:val="28"/>
          <w:lang w:val="ru-RU"/>
        </w:rPr>
        <w:t xml:space="preserve">ТЕСТ </w:t>
      </w:r>
      <w:r w:rsidR="00E70044" w:rsidRPr="00E70044">
        <w:rPr>
          <w:b/>
          <w:sz w:val="28"/>
          <w:lang w:val="ru-RU"/>
        </w:rPr>
        <w:t>9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10044"/>
      </w:tblGrid>
      <w:tr w:rsidR="00626958" w:rsidTr="001A1EEC">
        <w:tc>
          <w:tcPr>
            <w:tcW w:w="460" w:type="dxa"/>
          </w:tcPr>
          <w:p w:rsidR="00150521" w:rsidRDefault="00150521" w:rsidP="001A1EEC">
            <w:r>
              <w:t>№</w:t>
            </w:r>
          </w:p>
        </w:tc>
        <w:tc>
          <w:tcPr>
            <w:tcW w:w="9741" w:type="dxa"/>
          </w:tcPr>
          <w:p w:rsidR="00150521" w:rsidRDefault="00150521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626958" w:rsidTr="001A1EEC">
        <w:tc>
          <w:tcPr>
            <w:tcW w:w="460" w:type="dxa"/>
          </w:tcPr>
          <w:p w:rsidR="00150521" w:rsidRDefault="00150521" w:rsidP="001A1EEC">
            <w:r>
              <w:t>1.</w:t>
            </w:r>
          </w:p>
        </w:tc>
        <w:tc>
          <w:tcPr>
            <w:tcW w:w="9741" w:type="dxa"/>
          </w:tcPr>
          <w:p w:rsidR="00150521" w:rsidRDefault="00E52F21" w:rsidP="001A1EEC">
            <w:r>
              <w:rPr>
                <w:noProof/>
              </w:rPr>
              <w:drawing>
                <wp:inline distT="0" distB="0" distL="0" distR="0" wp14:anchorId="37D9EA93" wp14:editId="4099B420">
                  <wp:extent cx="2895600" cy="428625"/>
                  <wp:effectExtent l="0" t="0" r="0" b="952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760CF9" w:rsidTr="001A1EEC">
        <w:tc>
          <w:tcPr>
            <w:tcW w:w="460" w:type="dxa"/>
          </w:tcPr>
          <w:p w:rsidR="00150521" w:rsidRDefault="00150521" w:rsidP="001A1EEC">
            <w:r>
              <w:t>2.</w:t>
            </w:r>
          </w:p>
        </w:tc>
        <w:tc>
          <w:tcPr>
            <w:tcW w:w="9741" w:type="dxa"/>
          </w:tcPr>
          <w:p w:rsidR="00150521" w:rsidRPr="00B8185B" w:rsidRDefault="00E52F2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19FDE0E" wp14:editId="2305A129">
                  <wp:extent cx="4743450" cy="428625"/>
                  <wp:effectExtent l="0" t="0" r="0" b="952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Pr="003A6A3B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150521" w:rsidRPr="00B8185B" w:rsidRDefault="00E52F2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86719B4" wp14:editId="10FE27D0">
                  <wp:extent cx="5600700" cy="581025"/>
                  <wp:effectExtent l="0" t="0" r="0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9741" w:type="dxa"/>
          </w:tcPr>
          <w:p w:rsidR="00150521" w:rsidRPr="00760CF9" w:rsidRDefault="00E52F21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D477C61" wp14:editId="41D34A03">
                  <wp:extent cx="3114675" cy="1341309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718" cy="135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150521" w:rsidRPr="003A6A3B" w:rsidRDefault="00CA4CF5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C96D791" wp14:editId="161CA5B2">
                  <wp:extent cx="6073140" cy="676480"/>
                  <wp:effectExtent l="0" t="0" r="3810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520" cy="68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150521" w:rsidRDefault="00CA4CF5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C41A8" wp14:editId="1C6E9553">
                  <wp:extent cx="6240780" cy="555314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247" cy="56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150521" w:rsidRDefault="0062695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FD3C27" wp14:editId="1558B69E">
                  <wp:extent cx="5869305" cy="436985"/>
                  <wp:effectExtent l="0" t="0" r="0" b="127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085" cy="44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150521" w:rsidRPr="003A6A3B" w:rsidRDefault="00626958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555DBAC" wp14:editId="380C50F8">
                  <wp:extent cx="6225540" cy="798368"/>
                  <wp:effectExtent l="0" t="0" r="3810" b="190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282" cy="80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150521" w:rsidRPr="003A6A3B" w:rsidRDefault="00626958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A55642B" wp14:editId="668910D7">
                  <wp:extent cx="5844540" cy="675669"/>
                  <wp:effectExtent l="0" t="0" r="381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022" cy="68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150521" w:rsidRDefault="0062695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04B092" wp14:editId="5B6D5BA7">
                  <wp:extent cx="6195060" cy="547804"/>
                  <wp:effectExtent l="0" t="0" r="0" b="508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678" cy="55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150521" w:rsidRDefault="0062695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1C219" wp14:editId="31E6AB24">
                  <wp:extent cx="5958840" cy="785684"/>
                  <wp:effectExtent l="0" t="0" r="381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729" cy="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150521" w:rsidRDefault="0062695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DE0844" wp14:editId="07B152D3">
                  <wp:extent cx="6103620" cy="504679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913" cy="51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150521" w:rsidRDefault="0062695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5385AF" wp14:editId="5FF6F7EA">
                  <wp:extent cx="5646420" cy="995966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225" cy="99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958" w:rsidRPr="00747104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150521" w:rsidRDefault="00626958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75CF998" wp14:editId="581AD35F">
                  <wp:extent cx="6012180" cy="989783"/>
                  <wp:effectExtent l="0" t="0" r="0" b="127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849" cy="99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D18" w:rsidRPr="00AE25C1" w:rsidRDefault="00933D18" w:rsidP="001A1EEC">
            <w:pPr>
              <w:rPr>
                <w:noProof/>
                <w:lang w:val="ru-RU"/>
              </w:rPr>
            </w:pPr>
          </w:p>
        </w:tc>
      </w:tr>
    </w:tbl>
    <w:p w:rsidR="00933D18" w:rsidRDefault="00933D18" w:rsidP="00150521">
      <w:pPr>
        <w:jc w:val="center"/>
        <w:rPr>
          <w:b/>
          <w:sz w:val="28"/>
          <w:lang w:val="ru-RU"/>
        </w:rPr>
      </w:pPr>
    </w:p>
    <w:p w:rsidR="00933D18" w:rsidRDefault="00933D18" w:rsidP="00150521">
      <w:pPr>
        <w:jc w:val="center"/>
        <w:rPr>
          <w:b/>
          <w:sz w:val="28"/>
          <w:lang w:val="ru-RU"/>
        </w:rPr>
      </w:pPr>
    </w:p>
    <w:p w:rsidR="00150521" w:rsidRPr="00626958" w:rsidRDefault="00150521" w:rsidP="00150521">
      <w:pPr>
        <w:jc w:val="center"/>
        <w:rPr>
          <w:b/>
          <w:sz w:val="28"/>
          <w:lang w:val="ru-RU"/>
        </w:rPr>
      </w:pPr>
      <w:bookmarkStart w:id="0" w:name="_GoBack"/>
      <w:bookmarkEnd w:id="0"/>
      <w:r w:rsidRPr="00626958">
        <w:rPr>
          <w:b/>
          <w:sz w:val="28"/>
          <w:lang w:val="ru-RU"/>
        </w:rPr>
        <w:lastRenderedPageBreak/>
        <w:t xml:space="preserve">ТЕСТ </w:t>
      </w:r>
      <w:r w:rsidR="00626958" w:rsidRPr="00626958">
        <w:rPr>
          <w:b/>
          <w:sz w:val="28"/>
          <w:lang w:val="ru-RU"/>
        </w:rPr>
        <w:t>10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9792"/>
      </w:tblGrid>
      <w:tr w:rsidR="005B24AB" w:rsidTr="001A1EEC">
        <w:tc>
          <w:tcPr>
            <w:tcW w:w="460" w:type="dxa"/>
          </w:tcPr>
          <w:p w:rsidR="00150521" w:rsidRDefault="00150521" w:rsidP="001A1EEC">
            <w:r>
              <w:t>№</w:t>
            </w:r>
          </w:p>
        </w:tc>
        <w:tc>
          <w:tcPr>
            <w:tcW w:w="9741" w:type="dxa"/>
          </w:tcPr>
          <w:p w:rsidR="00150521" w:rsidRDefault="00150521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5B24AB" w:rsidTr="001A1EEC">
        <w:tc>
          <w:tcPr>
            <w:tcW w:w="460" w:type="dxa"/>
          </w:tcPr>
          <w:p w:rsidR="00150521" w:rsidRDefault="00150521" w:rsidP="001A1EEC">
            <w:r>
              <w:t>1.</w:t>
            </w:r>
          </w:p>
        </w:tc>
        <w:tc>
          <w:tcPr>
            <w:tcW w:w="9741" w:type="dxa"/>
          </w:tcPr>
          <w:p w:rsidR="00150521" w:rsidRDefault="001A1EEC" w:rsidP="001A1EEC">
            <w:r>
              <w:rPr>
                <w:noProof/>
              </w:rPr>
              <w:drawing>
                <wp:inline distT="0" distB="0" distL="0" distR="0" wp14:anchorId="4D581998" wp14:editId="626BCBC1">
                  <wp:extent cx="2619375" cy="457200"/>
                  <wp:effectExtent l="0" t="0" r="952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760CF9" w:rsidTr="001A1EEC">
        <w:tc>
          <w:tcPr>
            <w:tcW w:w="460" w:type="dxa"/>
          </w:tcPr>
          <w:p w:rsidR="00150521" w:rsidRDefault="00150521" w:rsidP="001A1EEC">
            <w:r>
              <w:t>2.</w:t>
            </w:r>
          </w:p>
        </w:tc>
        <w:tc>
          <w:tcPr>
            <w:tcW w:w="9741" w:type="dxa"/>
          </w:tcPr>
          <w:p w:rsidR="00150521" w:rsidRPr="00B8185B" w:rsidRDefault="001A1EEC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906AF97" wp14:editId="212054CF">
                  <wp:extent cx="5897880" cy="933285"/>
                  <wp:effectExtent l="0" t="0" r="0" b="63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042" cy="93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Pr="003A6A3B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150521" w:rsidRPr="00B8185B" w:rsidRDefault="001A1EEC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0187895" wp14:editId="2C9ABF93">
                  <wp:extent cx="5543550" cy="4953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150521" w:rsidRPr="00760CF9" w:rsidRDefault="001A1EEC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DE2040E" wp14:editId="3164F4A5">
                  <wp:extent cx="5297805" cy="54173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784" cy="54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150521" w:rsidRPr="003A6A3B" w:rsidRDefault="001A1EEC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D01DEE" wp14:editId="16A274E9">
                  <wp:extent cx="5958840" cy="623471"/>
                  <wp:effectExtent l="0" t="0" r="3810" b="571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951" cy="6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150521" w:rsidRDefault="001A1EEC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C94F92" wp14:editId="2CFC7688">
                  <wp:extent cx="5821680" cy="734718"/>
                  <wp:effectExtent l="0" t="0" r="7620" b="825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241" cy="73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EEC" w:rsidRDefault="001A1EEC" w:rsidP="001A1EEC">
            <w:pPr>
              <w:rPr>
                <w:noProof/>
              </w:rPr>
            </w:pP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150521" w:rsidRDefault="001A1EEC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C5F545" wp14:editId="06158B7F">
                  <wp:extent cx="5783580" cy="664779"/>
                  <wp:effectExtent l="0" t="0" r="0" b="254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250" cy="66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150521" w:rsidRPr="003A6A3B" w:rsidRDefault="001A1EEC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627F121" wp14:editId="13C7F376">
                  <wp:extent cx="5972175" cy="606354"/>
                  <wp:effectExtent l="0" t="0" r="0" b="381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353" cy="60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150521" w:rsidRPr="003A6A3B" w:rsidRDefault="001A1EEC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D634B45" wp14:editId="310683AF">
                  <wp:extent cx="6080760" cy="641295"/>
                  <wp:effectExtent l="0" t="0" r="0" b="698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047" cy="6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150521" w:rsidRDefault="001A1EEC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04882F" wp14:editId="6F9BA6C2">
                  <wp:extent cx="6065520" cy="634071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151" cy="63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150521" w:rsidRDefault="005B24AB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F9411" wp14:editId="3A23B4D8">
                  <wp:extent cx="5905500" cy="74803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070" cy="75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150521" w:rsidRDefault="005B24AB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B936C5" wp14:editId="7A50744F">
                  <wp:extent cx="5859780" cy="591946"/>
                  <wp:effectExtent l="0" t="0" r="762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029" cy="59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13</w:t>
            </w:r>
          </w:p>
        </w:tc>
        <w:tc>
          <w:tcPr>
            <w:tcW w:w="9741" w:type="dxa"/>
          </w:tcPr>
          <w:p w:rsidR="00150521" w:rsidRDefault="005B24AB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729F8D" wp14:editId="6752892C">
                  <wp:extent cx="6073140" cy="837868"/>
                  <wp:effectExtent l="0" t="0" r="3810" b="63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289" cy="84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AB" w:rsidRPr="00747104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150521" w:rsidRPr="00AE25C1" w:rsidRDefault="005B24AB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4D65D91" wp14:editId="3B7E872A">
                  <wp:extent cx="6080760" cy="101346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521" w:rsidRDefault="00150521" w:rsidP="00783FD9">
      <w:pPr>
        <w:rPr>
          <w:lang w:val="ru-RU"/>
        </w:rPr>
      </w:pPr>
    </w:p>
    <w:p w:rsidR="00150521" w:rsidRPr="00163D31" w:rsidRDefault="00150521" w:rsidP="00150521">
      <w:pPr>
        <w:jc w:val="center"/>
        <w:rPr>
          <w:b/>
          <w:sz w:val="28"/>
          <w:lang w:val="ru-RU"/>
        </w:rPr>
      </w:pPr>
      <w:r w:rsidRPr="00163D31">
        <w:rPr>
          <w:b/>
          <w:sz w:val="28"/>
          <w:lang w:val="ru-RU"/>
        </w:rPr>
        <w:t xml:space="preserve">ТЕСТ </w:t>
      </w:r>
      <w:r w:rsidR="002B6494" w:rsidRPr="00163D31">
        <w:rPr>
          <w:b/>
          <w:sz w:val="28"/>
          <w:lang w:val="ru-RU"/>
        </w:rPr>
        <w:t>11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10092"/>
      </w:tblGrid>
      <w:tr w:rsidR="008E5018" w:rsidTr="001A1EEC">
        <w:tc>
          <w:tcPr>
            <w:tcW w:w="460" w:type="dxa"/>
          </w:tcPr>
          <w:p w:rsidR="00150521" w:rsidRDefault="00150521" w:rsidP="001A1EEC">
            <w:r>
              <w:t>№</w:t>
            </w:r>
          </w:p>
        </w:tc>
        <w:tc>
          <w:tcPr>
            <w:tcW w:w="9741" w:type="dxa"/>
          </w:tcPr>
          <w:p w:rsidR="00150521" w:rsidRDefault="00150521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8E5018" w:rsidTr="001A1EEC">
        <w:tc>
          <w:tcPr>
            <w:tcW w:w="460" w:type="dxa"/>
          </w:tcPr>
          <w:p w:rsidR="00150521" w:rsidRDefault="00150521" w:rsidP="001A1EEC">
            <w:r>
              <w:t>1.</w:t>
            </w:r>
          </w:p>
        </w:tc>
        <w:tc>
          <w:tcPr>
            <w:tcW w:w="9741" w:type="dxa"/>
          </w:tcPr>
          <w:p w:rsidR="00150521" w:rsidRDefault="00163D31" w:rsidP="001A1EEC">
            <w:r>
              <w:rPr>
                <w:noProof/>
              </w:rPr>
              <w:drawing>
                <wp:inline distT="0" distB="0" distL="0" distR="0" wp14:anchorId="64A8D827" wp14:editId="7CB4987F">
                  <wp:extent cx="4381500" cy="428625"/>
                  <wp:effectExtent l="0" t="0" r="0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760CF9" w:rsidTr="001A1EEC">
        <w:tc>
          <w:tcPr>
            <w:tcW w:w="460" w:type="dxa"/>
          </w:tcPr>
          <w:p w:rsidR="00150521" w:rsidRDefault="00150521" w:rsidP="001A1EEC">
            <w:r>
              <w:t>2.</w:t>
            </w:r>
          </w:p>
        </w:tc>
        <w:tc>
          <w:tcPr>
            <w:tcW w:w="9741" w:type="dxa"/>
          </w:tcPr>
          <w:p w:rsidR="00150521" w:rsidRPr="00B8185B" w:rsidRDefault="00163D3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9DA8E29" wp14:editId="5D3D36AC">
                  <wp:extent cx="4248150" cy="485775"/>
                  <wp:effectExtent l="0" t="0" r="0" b="952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Pr="003A6A3B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150521" w:rsidRPr="00B8185B" w:rsidRDefault="00163D3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43DDB7B" wp14:editId="4BB6AAEA">
                  <wp:extent cx="6027420" cy="1200461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538" cy="120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150521" w:rsidRPr="00760CF9" w:rsidRDefault="00163D31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1D4E7DB" wp14:editId="6C50A41F">
                  <wp:extent cx="5926455" cy="703284"/>
                  <wp:effectExtent l="0" t="0" r="0" b="190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049" cy="70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150521" w:rsidRPr="003A6A3B" w:rsidRDefault="00163D3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354E3B9" wp14:editId="587B4267">
                  <wp:extent cx="6118860" cy="760892"/>
                  <wp:effectExtent l="0" t="0" r="0" b="127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709" cy="76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150521" w:rsidRDefault="00163D3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7961C" wp14:editId="42E673FC">
                  <wp:extent cx="6271260" cy="611182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991" cy="61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150521" w:rsidRDefault="00163D3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FB04AF" wp14:editId="3FBC74B7">
                  <wp:extent cx="5730240" cy="544373"/>
                  <wp:effectExtent l="0" t="0" r="3810" b="825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560" cy="54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150521" w:rsidRPr="003A6A3B" w:rsidRDefault="00163D3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AF6B41E" wp14:editId="4C2797CA">
                  <wp:extent cx="6010275" cy="663086"/>
                  <wp:effectExtent l="0" t="0" r="0" b="381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949" cy="66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150521" w:rsidRDefault="008E5018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6B55D00" wp14:editId="02D03BB4">
                  <wp:extent cx="5783580" cy="747046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896" cy="75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018" w:rsidRPr="003A6A3B" w:rsidRDefault="008E5018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9741" w:type="dxa"/>
          </w:tcPr>
          <w:p w:rsidR="00150521" w:rsidRDefault="008E501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136C18" wp14:editId="1BCD23A8">
                  <wp:extent cx="6088380" cy="855756"/>
                  <wp:effectExtent l="0" t="0" r="0" b="190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64" cy="86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150521" w:rsidRDefault="008E501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023798" wp14:editId="029551AF">
                  <wp:extent cx="6073140" cy="570763"/>
                  <wp:effectExtent l="0" t="0" r="3810" b="127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355" cy="58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150521" w:rsidRDefault="008E501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3D69A" wp14:editId="6563CCE9">
                  <wp:extent cx="6164580" cy="553671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527" cy="56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3A6A3B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150521" w:rsidRDefault="008E5018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61CCA4" wp14:editId="3DEF0BAE">
                  <wp:extent cx="5381625" cy="546754"/>
                  <wp:effectExtent l="0" t="0" r="0" b="571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200" cy="55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018" w:rsidRPr="00747104" w:rsidTr="001A1EEC">
        <w:tc>
          <w:tcPr>
            <w:tcW w:w="460" w:type="dxa"/>
          </w:tcPr>
          <w:p w:rsidR="00150521" w:rsidRDefault="00150521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150521" w:rsidRDefault="008E5018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276919F" wp14:editId="3184622C">
                  <wp:extent cx="5958840" cy="1143214"/>
                  <wp:effectExtent l="0" t="0" r="381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551" cy="114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018" w:rsidRPr="00AE25C1" w:rsidRDefault="008E5018" w:rsidP="001A1EEC">
            <w:pPr>
              <w:rPr>
                <w:noProof/>
                <w:lang w:val="ru-RU"/>
              </w:rPr>
            </w:pPr>
          </w:p>
        </w:tc>
      </w:tr>
    </w:tbl>
    <w:p w:rsidR="002B6494" w:rsidRPr="00150521" w:rsidRDefault="002B6494" w:rsidP="002B6494">
      <w:pPr>
        <w:jc w:val="center"/>
        <w:rPr>
          <w:b/>
          <w:sz w:val="24"/>
          <w:lang w:val="ru-RU"/>
        </w:rPr>
      </w:pPr>
      <w:r w:rsidRPr="00150521">
        <w:rPr>
          <w:b/>
          <w:sz w:val="24"/>
          <w:lang w:val="ru-RU"/>
        </w:rPr>
        <w:t xml:space="preserve">ТЕСТ </w:t>
      </w:r>
      <w:r>
        <w:rPr>
          <w:b/>
          <w:sz w:val="24"/>
          <w:lang w:val="ru-RU"/>
        </w:rPr>
        <w:t>1</w:t>
      </w:r>
      <w:r w:rsidR="00163D31">
        <w:rPr>
          <w:b/>
          <w:sz w:val="24"/>
          <w:lang w:val="ru-RU"/>
        </w:rPr>
        <w:t>2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9996"/>
      </w:tblGrid>
      <w:tr w:rsidR="0028703F" w:rsidTr="001A1EEC">
        <w:tc>
          <w:tcPr>
            <w:tcW w:w="460" w:type="dxa"/>
          </w:tcPr>
          <w:p w:rsidR="002B6494" w:rsidRDefault="002B6494" w:rsidP="001A1EEC">
            <w:r>
              <w:t>№</w:t>
            </w:r>
          </w:p>
        </w:tc>
        <w:tc>
          <w:tcPr>
            <w:tcW w:w="9741" w:type="dxa"/>
          </w:tcPr>
          <w:p w:rsidR="002B6494" w:rsidRDefault="002B6494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28703F" w:rsidTr="001A1EEC">
        <w:tc>
          <w:tcPr>
            <w:tcW w:w="460" w:type="dxa"/>
          </w:tcPr>
          <w:p w:rsidR="002B6494" w:rsidRDefault="002B6494" w:rsidP="001A1EEC">
            <w:r>
              <w:t>1.</w:t>
            </w:r>
          </w:p>
        </w:tc>
        <w:tc>
          <w:tcPr>
            <w:tcW w:w="9741" w:type="dxa"/>
          </w:tcPr>
          <w:p w:rsidR="002B6494" w:rsidRDefault="00B60BDD" w:rsidP="001A1EEC">
            <w:r>
              <w:rPr>
                <w:noProof/>
              </w:rPr>
              <w:drawing>
                <wp:inline distT="0" distB="0" distL="0" distR="0" wp14:anchorId="775D9051" wp14:editId="582A1971">
                  <wp:extent cx="4181475" cy="476250"/>
                  <wp:effectExtent l="0" t="0" r="952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760CF9" w:rsidTr="001A1EEC">
        <w:tc>
          <w:tcPr>
            <w:tcW w:w="460" w:type="dxa"/>
          </w:tcPr>
          <w:p w:rsidR="002B6494" w:rsidRDefault="002B6494" w:rsidP="001A1EEC">
            <w:r>
              <w:t>2.</w:t>
            </w:r>
          </w:p>
        </w:tc>
        <w:tc>
          <w:tcPr>
            <w:tcW w:w="9741" w:type="dxa"/>
          </w:tcPr>
          <w:p w:rsidR="002B6494" w:rsidRPr="00B8185B" w:rsidRDefault="00B60BDD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28ADCE3" wp14:editId="59409017">
                  <wp:extent cx="3771900" cy="64770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Pr="003A6A3B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2B6494" w:rsidRPr="00B8185B" w:rsidRDefault="00B60BDD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5D8C6D0" wp14:editId="39DA6DFA">
                  <wp:extent cx="5699760" cy="819604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570" cy="82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2B6494" w:rsidRPr="00760CF9" w:rsidRDefault="00B60BDD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67368FE" wp14:editId="05BE5936">
                  <wp:extent cx="5638800" cy="564402"/>
                  <wp:effectExtent l="0" t="0" r="0" b="762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920" cy="56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2B6494" w:rsidRPr="003A6A3B" w:rsidRDefault="00FE77AE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B2FE400" wp14:editId="5B36AFB5">
                  <wp:extent cx="5636895" cy="770511"/>
                  <wp:effectExtent l="0" t="0" r="1905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777" cy="77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2B6494" w:rsidRDefault="00FE77A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7C1B85" wp14:editId="7745064D">
                  <wp:extent cx="6210300" cy="781463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16" cy="78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2B6494" w:rsidRDefault="00FE77A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EC7D02" wp14:editId="303EB80A">
                  <wp:extent cx="5935980" cy="563368"/>
                  <wp:effectExtent l="0" t="0" r="7620" b="825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858" cy="57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</w:p>
        </w:tc>
        <w:tc>
          <w:tcPr>
            <w:tcW w:w="9741" w:type="dxa"/>
          </w:tcPr>
          <w:p w:rsidR="002B6494" w:rsidRPr="003A6A3B" w:rsidRDefault="00FE77AE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02FCBAA" wp14:editId="0FB68BC0">
                  <wp:extent cx="5958840" cy="663749"/>
                  <wp:effectExtent l="0" t="0" r="3810" b="317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077" cy="66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2B6494" w:rsidRPr="003A6A3B" w:rsidRDefault="00FE77AE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64EAD4C" wp14:editId="51B1CCE1">
                  <wp:extent cx="6057900" cy="823987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744" cy="82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2B6494" w:rsidRDefault="00FE77A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8E6801" wp14:editId="685B381F">
                  <wp:extent cx="5737860" cy="422902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766" cy="42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2B6494" w:rsidRDefault="00FE77A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7569C" wp14:editId="197AD6B2">
                  <wp:extent cx="6012180" cy="849499"/>
                  <wp:effectExtent l="0" t="0" r="0" b="825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593" cy="85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2B6494" w:rsidRDefault="00FE77A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D38D8" wp14:editId="011F76D4">
                  <wp:extent cx="6103620" cy="638054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141" cy="64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2B6494" w:rsidRDefault="0028703F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537C0" wp14:editId="09C00915">
                  <wp:extent cx="6088380" cy="795436"/>
                  <wp:effectExtent l="0" t="0" r="0" b="508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761" cy="79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3F" w:rsidRPr="00747104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2B6494" w:rsidRPr="00AE25C1" w:rsidRDefault="0028703F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A7EEF05" wp14:editId="7C3CA3FA">
                  <wp:extent cx="6103620" cy="541414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727" cy="54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494" w:rsidRPr="003A6A3B" w:rsidRDefault="002B6494" w:rsidP="002B6494">
      <w:pPr>
        <w:rPr>
          <w:lang w:val="ru-RU"/>
        </w:rPr>
      </w:pPr>
    </w:p>
    <w:p w:rsidR="002B6494" w:rsidRPr="00150521" w:rsidRDefault="002B6494" w:rsidP="002B6494">
      <w:pPr>
        <w:jc w:val="center"/>
        <w:rPr>
          <w:b/>
          <w:sz w:val="24"/>
          <w:lang w:val="ru-RU"/>
        </w:rPr>
      </w:pPr>
      <w:r w:rsidRPr="00150521">
        <w:rPr>
          <w:b/>
          <w:sz w:val="24"/>
          <w:lang w:val="ru-RU"/>
        </w:rPr>
        <w:t xml:space="preserve">ТЕСТ </w:t>
      </w:r>
      <w:r>
        <w:rPr>
          <w:b/>
          <w:sz w:val="24"/>
          <w:lang w:val="ru-RU"/>
        </w:rPr>
        <w:t>1</w:t>
      </w:r>
      <w:r w:rsidR="006B6658">
        <w:rPr>
          <w:b/>
          <w:sz w:val="24"/>
          <w:lang w:val="ru-RU"/>
        </w:rPr>
        <w:t>3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9876"/>
      </w:tblGrid>
      <w:tr w:rsidR="00BC3FCE" w:rsidTr="001A1EEC">
        <w:tc>
          <w:tcPr>
            <w:tcW w:w="460" w:type="dxa"/>
          </w:tcPr>
          <w:p w:rsidR="002B6494" w:rsidRDefault="002B6494" w:rsidP="001A1EEC">
            <w:r>
              <w:t>№</w:t>
            </w:r>
          </w:p>
        </w:tc>
        <w:tc>
          <w:tcPr>
            <w:tcW w:w="9741" w:type="dxa"/>
          </w:tcPr>
          <w:p w:rsidR="002B6494" w:rsidRDefault="002B6494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BC3FCE" w:rsidTr="001A1EEC">
        <w:tc>
          <w:tcPr>
            <w:tcW w:w="460" w:type="dxa"/>
          </w:tcPr>
          <w:p w:rsidR="002B6494" w:rsidRDefault="002B6494" w:rsidP="001A1EEC">
            <w:r>
              <w:t>1.</w:t>
            </w:r>
          </w:p>
        </w:tc>
        <w:tc>
          <w:tcPr>
            <w:tcW w:w="9741" w:type="dxa"/>
          </w:tcPr>
          <w:p w:rsidR="002B6494" w:rsidRDefault="001D5222" w:rsidP="001A1EEC">
            <w:r>
              <w:rPr>
                <w:noProof/>
              </w:rPr>
              <w:drawing>
                <wp:inline distT="0" distB="0" distL="0" distR="0" wp14:anchorId="370C97D6" wp14:editId="713B2AFB">
                  <wp:extent cx="2486025" cy="4381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760CF9" w:rsidTr="001A1EEC">
        <w:tc>
          <w:tcPr>
            <w:tcW w:w="460" w:type="dxa"/>
          </w:tcPr>
          <w:p w:rsidR="002B6494" w:rsidRDefault="002B6494" w:rsidP="001A1EEC">
            <w:r>
              <w:t>2.</w:t>
            </w:r>
          </w:p>
        </w:tc>
        <w:tc>
          <w:tcPr>
            <w:tcW w:w="9741" w:type="dxa"/>
          </w:tcPr>
          <w:p w:rsidR="002B6494" w:rsidRPr="00B8185B" w:rsidRDefault="001D5222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64A8E74" wp14:editId="0FAE35AC">
                  <wp:extent cx="6050280" cy="1461591"/>
                  <wp:effectExtent l="0" t="0" r="7620" b="571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073" cy="146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Pr="003A6A3B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2B6494" w:rsidRPr="00B8185B" w:rsidRDefault="001D5222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A5BF08" wp14:editId="4842D7C6">
                  <wp:extent cx="5600700" cy="5905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2B6494" w:rsidRPr="00760CF9" w:rsidRDefault="001D5222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8DE80F0" wp14:editId="0AD87A58">
                  <wp:extent cx="5766435" cy="708917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533" cy="71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9741" w:type="dxa"/>
          </w:tcPr>
          <w:p w:rsidR="002B6494" w:rsidRPr="003A6A3B" w:rsidRDefault="001D5222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6F0A2F4" wp14:editId="6FD7513D">
                  <wp:extent cx="6134100" cy="783802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106" cy="78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2B6494" w:rsidRDefault="001D5222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732DEC" wp14:editId="6AB1454F">
                  <wp:extent cx="5974080" cy="640554"/>
                  <wp:effectExtent l="0" t="0" r="0" b="762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389" cy="64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2B6494" w:rsidRDefault="00BC3FC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09521" wp14:editId="6B26B44F">
                  <wp:extent cx="6063615" cy="420251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121" cy="43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2B6494" w:rsidRPr="003A6A3B" w:rsidRDefault="00BC3FCE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E8723C0" wp14:editId="23E97B82">
                  <wp:extent cx="6134100" cy="585579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639" cy="58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2B6494" w:rsidRPr="003A6A3B" w:rsidRDefault="00BC3FCE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0B54FBB" wp14:editId="2FC7BAB8">
                  <wp:extent cx="5996940" cy="502521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343" cy="51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2B6494" w:rsidRDefault="00BC3FC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B5481B" wp14:editId="59FCF2C6">
                  <wp:extent cx="5663565" cy="781999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358" cy="79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2B6494" w:rsidRDefault="00BC3FC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E847F5" wp14:editId="07CD1A58">
                  <wp:extent cx="5814060" cy="867802"/>
                  <wp:effectExtent l="0" t="0" r="0" b="88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694" cy="87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2B6494" w:rsidRDefault="00BC3FC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44D84" wp14:editId="3832A838">
                  <wp:extent cx="5303520" cy="776376"/>
                  <wp:effectExtent l="0" t="0" r="0" b="508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802" cy="78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2B6494" w:rsidRDefault="00BC3FCE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B33E72" wp14:editId="522C7D3F">
                  <wp:extent cx="5897880" cy="532448"/>
                  <wp:effectExtent l="0" t="0" r="0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549" cy="53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FCE" w:rsidRPr="00747104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2B6494" w:rsidRPr="00AE25C1" w:rsidRDefault="00BC3FCE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963E5B8" wp14:editId="3F2B2EEC">
                  <wp:extent cx="5330190" cy="698915"/>
                  <wp:effectExtent l="0" t="0" r="381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917" cy="70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494" w:rsidRPr="003A6A3B" w:rsidRDefault="002B6494" w:rsidP="002B6494">
      <w:pPr>
        <w:rPr>
          <w:lang w:val="ru-RU"/>
        </w:rPr>
      </w:pPr>
    </w:p>
    <w:p w:rsidR="002B6494" w:rsidRPr="00150521" w:rsidRDefault="002B6494" w:rsidP="002B6494">
      <w:pPr>
        <w:jc w:val="center"/>
        <w:rPr>
          <w:b/>
          <w:sz w:val="24"/>
          <w:lang w:val="ru-RU"/>
        </w:rPr>
      </w:pPr>
      <w:r w:rsidRPr="00150521">
        <w:rPr>
          <w:b/>
          <w:sz w:val="24"/>
          <w:lang w:val="ru-RU"/>
        </w:rPr>
        <w:t xml:space="preserve">ТЕСТ </w:t>
      </w:r>
      <w:r>
        <w:rPr>
          <w:b/>
          <w:sz w:val="24"/>
          <w:lang w:val="ru-RU"/>
        </w:rPr>
        <w:t>1</w:t>
      </w:r>
      <w:r w:rsidR="00630F2A">
        <w:rPr>
          <w:b/>
          <w:sz w:val="24"/>
          <w:lang w:val="ru-RU"/>
        </w:rPr>
        <w:t>4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9876"/>
      </w:tblGrid>
      <w:tr w:rsidR="00D13151" w:rsidTr="001A1EEC">
        <w:tc>
          <w:tcPr>
            <w:tcW w:w="460" w:type="dxa"/>
          </w:tcPr>
          <w:p w:rsidR="002B6494" w:rsidRDefault="002B6494" w:rsidP="001A1EEC">
            <w:r>
              <w:t>№</w:t>
            </w:r>
          </w:p>
        </w:tc>
        <w:tc>
          <w:tcPr>
            <w:tcW w:w="9741" w:type="dxa"/>
          </w:tcPr>
          <w:p w:rsidR="002B6494" w:rsidRDefault="002B6494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D13151" w:rsidTr="001A1EEC">
        <w:tc>
          <w:tcPr>
            <w:tcW w:w="460" w:type="dxa"/>
          </w:tcPr>
          <w:p w:rsidR="002B6494" w:rsidRDefault="002B6494" w:rsidP="001A1EEC">
            <w:r>
              <w:t>1.</w:t>
            </w:r>
          </w:p>
        </w:tc>
        <w:tc>
          <w:tcPr>
            <w:tcW w:w="9741" w:type="dxa"/>
          </w:tcPr>
          <w:p w:rsidR="002B6494" w:rsidRDefault="008D0BF3" w:rsidP="001A1EEC">
            <w:r>
              <w:rPr>
                <w:noProof/>
              </w:rPr>
              <w:drawing>
                <wp:inline distT="0" distB="0" distL="0" distR="0" wp14:anchorId="468596A3" wp14:editId="0FCD267F">
                  <wp:extent cx="2924175" cy="45720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760CF9" w:rsidTr="001A1EEC">
        <w:tc>
          <w:tcPr>
            <w:tcW w:w="460" w:type="dxa"/>
          </w:tcPr>
          <w:p w:rsidR="002B6494" w:rsidRDefault="002B6494" w:rsidP="001A1EEC">
            <w:r>
              <w:t>2.</w:t>
            </w:r>
          </w:p>
        </w:tc>
        <w:tc>
          <w:tcPr>
            <w:tcW w:w="9741" w:type="dxa"/>
          </w:tcPr>
          <w:p w:rsidR="002B6494" w:rsidRPr="00B8185B" w:rsidRDefault="008D0BF3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BF5ACCA" wp14:editId="6C20CF87">
                  <wp:extent cx="5842635" cy="892510"/>
                  <wp:effectExtent l="0" t="0" r="5715" b="317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662" cy="89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Pr="003A6A3B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3</w:t>
            </w:r>
          </w:p>
        </w:tc>
        <w:tc>
          <w:tcPr>
            <w:tcW w:w="9741" w:type="dxa"/>
          </w:tcPr>
          <w:p w:rsidR="002B6494" w:rsidRPr="00B8185B" w:rsidRDefault="008D0BF3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A5AD266" wp14:editId="61FF80AB">
                  <wp:extent cx="6126480" cy="583150"/>
                  <wp:effectExtent l="0" t="0" r="0" b="762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03" cy="59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2B6494" w:rsidRPr="00760CF9" w:rsidRDefault="008D0BF3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F21CB07" wp14:editId="6893D3B2">
                  <wp:extent cx="4019550" cy="55245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2B6494" w:rsidRPr="003A6A3B" w:rsidRDefault="008D0BF3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0DE28C4" wp14:editId="61B89F2D">
                  <wp:extent cx="5684520" cy="566855"/>
                  <wp:effectExtent l="0" t="0" r="0" b="508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81" cy="57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2B6494" w:rsidRDefault="008D0BF3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A52385" wp14:editId="63281528">
                  <wp:extent cx="5768340" cy="483900"/>
                  <wp:effectExtent l="0" t="0" r="381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982" cy="48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151" w:rsidRPr="00D13151" w:rsidRDefault="00D13151" w:rsidP="001A1EEC">
            <w:pPr>
              <w:rPr>
                <w:rFonts w:ascii="Times New Roman" w:hAnsi="Times New Roman" w:cs="Times New Roman"/>
                <w:noProof/>
                <w:lang w:val="ru-RU"/>
              </w:rPr>
            </w:pPr>
            <w:r w:rsidRPr="00D13151">
              <w:rPr>
                <w:rFonts w:ascii="Times New Roman" w:hAnsi="Times New Roman" w:cs="Times New Roman"/>
                <w:noProof/>
                <w:lang w:val="ru-RU"/>
              </w:rPr>
              <w:t>А- тупой угол</w:t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2B6494" w:rsidRDefault="00D1315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D98DE2" wp14:editId="050AEB47">
                  <wp:extent cx="5715000" cy="1024467"/>
                  <wp:effectExtent l="0" t="0" r="0" b="444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572" cy="103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2B6494" w:rsidRPr="003A6A3B" w:rsidRDefault="00D13151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2232930" wp14:editId="14F26B51">
                  <wp:extent cx="5819775" cy="546380"/>
                  <wp:effectExtent l="0" t="0" r="0" b="635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358" cy="55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2B6494" w:rsidRPr="003A6A3B" w:rsidRDefault="00D13151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451CAE1" wp14:editId="00258885">
                  <wp:extent cx="6134100" cy="1037117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199" cy="104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2B6494" w:rsidRDefault="00D1315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EA944" wp14:editId="0CAEF92C">
                  <wp:extent cx="6012180" cy="643526"/>
                  <wp:effectExtent l="0" t="0" r="0" b="444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856" cy="64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2B6494" w:rsidRDefault="00D1315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E1A70" wp14:editId="2F10888B">
                  <wp:extent cx="5890260" cy="538304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182" cy="54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2B6494" w:rsidRDefault="00D1315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58A12" wp14:editId="4E597A77">
                  <wp:extent cx="5806440" cy="522042"/>
                  <wp:effectExtent l="0" t="0" r="381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333" cy="52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2B6494" w:rsidRDefault="00D13151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F1B88" wp14:editId="0D6D6371">
                  <wp:extent cx="6004560" cy="755574"/>
                  <wp:effectExtent l="0" t="0" r="0" b="698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191" cy="76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151" w:rsidRPr="00747104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9741" w:type="dxa"/>
          </w:tcPr>
          <w:p w:rsidR="002B6494" w:rsidRPr="00AE25C1" w:rsidRDefault="00D13151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892D482" wp14:editId="1A211BF7">
                  <wp:extent cx="5842635" cy="525919"/>
                  <wp:effectExtent l="0" t="0" r="5715" b="762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152" cy="53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494" w:rsidRPr="003A6A3B" w:rsidRDefault="002B6494" w:rsidP="002B6494">
      <w:pPr>
        <w:rPr>
          <w:lang w:val="ru-RU"/>
        </w:rPr>
      </w:pPr>
    </w:p>
    <w:p w:rsidR="003A791D" w:rsidRDefault="003A791D" w:rsidP="002B6494">
      <w:pPr>
        <w:jc w:val="center"/>
        <w:rPr>
          <w:b/>
          <w:sz w:val="24"/>
          <w:lang w:val="ru-RU"/>
        </w:rPr>
      </w:pPr>
    </w:p>
    <w:p w:rsidR="003A791D" w:rsidRDefault="003A791D" w:rsidP="002B6494">
      <w:pPr>
        <w:jc w:val="center"/>
        <w:rPr>
          <w:b/>
          <w:sz w:val="24"/>
          <w:lang w:val="ru-RU"/>
        </w:rPr>
      </w:pPr>
    </w:p>
    <w:p w:rsidR="002B6494" w:rsidRPr="00150521" w:rsidRDefault="002B6494" w:rsidP="002B6494">
      <w:pPr>
        <w:jc w:val="center"/>
        <w:rPr>
          <w:b/>
          <w:sz w:val="24"/>
          <w:lang w:val="ru-RU"/>
        </w:rPr>
      </w:pPr>
      <w:r w:rsidRPr="00150521">
        <w:rPr>
          <w:b/>
          <w:sz w:val="24"/>
          <w:lang w:val="ru-RU"/>
        </w:rPr>
        <w:lastRenderedPageBreak/>
        <w:t xml:space="preserve">ТЕСТ </w:t>
      </w:r>
      <w:r>
        <w:rPr>
          <w:b/>
          <w:sz w:val="24"/>
          <w:lang w:val="ru-RU"/>
        </w:rPr>
        <w:t>1</w:t>
      </w:r>
      <w:r w:rsidR="00DC3B61">
        <w:rPr>
          <w:b/>
          <w:sz w:val="24"/>
          <w:lang w:val="ru-RU"/>
        </w:rPr>
        <w:t>5</w:t>
      </w:r>
    </w:p>
    <w:tbl>
      <w:tblPr>
        <w:tblStyle w:val="aff0"/>
        <w:tblW w:w="10201" w:type="dxa"/>
        <w:tblLook w:val="04A0" w:firstRow="1" w:lastRow="0" w:firstColumn="1" w:lastColumn="0" w:noHBand="0" w:noVBand="1"/>
      </w:tblPr>
      <w:tblGrid>
        <w:gridCol w:w="460"/>
        <w:gridCol w:w="9936"/>
      </w:tblGrid>
      <w:tr w:rsidR="003A791D" w:rsidTr="001A1EEC">
        <w:tc>
          <w:tcPr>
            <w:tcW w:w="460" w:type="dxa"/>
          </w:tcPr>
          <w:p w:rsidR="002B6494" w:rsidRDefault="002B6494" w:rsidP="001A1EEC">
            <w:r>
              <w:t>№</w:t>
            </w:r>
          </w:p>
        </w:tc>
        <w:tc>
          <w:tcPr>
            <w:tcW w:w="9741" w:type="dxa"/>
          </w:tcPr>
          <w:p w:rsidR="002B6494" w:rsidRDefault="002B6494" w:rsidP="001A1EEC">
            <w:pPr>
              <w:jc w:val="center"/>
            </w:pPr>
            <w:proofErr w:type="spellStart"/>
            <w:r>
              <w:t>Задание</w:t>
            </w:r>
            <w:proofErr w:type="spellEnd"/>
          </w:p>
        </w:tc>
      </w:tr>
      <w:tr w:rsidR="003A791D" w:rsidTr="001A1EEC">
        <w:tc>
          <w:tcPr>
            <w:tcW w:w="460" w:type="dxa"/>
          </w:tcPr>
          <w:p w:rsidR="002B6494" w:rsidRDefault="002B6494" w:rsidP="001A1EEC">
            <w:r>
              <w:t>1.</w:t>
            </w:r>
          </w:p>
        </w:tc>
        <w:tc>
          <w:tcPr>
            <w:tcW w:w="9741" w:type="dxa"/>
          </w:tcPr>
          <w:p w:rsidR="002B6494" w:rsidRDefault="003A791D" w:rsidP="001A1EEC">
            <w:r>
              <w:rPr>
                <w:noProof/>
              </w:rPr>
              <w:drawing>
                <wp:inline distT="0" distB="0" distL="0" distR="0" wp14:anchorId="79D34C1D" wp14:editId="0D052DBE">
                  <wp:extent cx="4619625" cy="504825"/>
                  <wp:effectExtent l="0" t="0" r="9525" b="952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760CF9" w:rsidTr="001A1EEC">
        <w:tc>
          <w:tcPr>
            <w:tcW w:w="460" w:type="dxa"/>
          </w:tcPr>
          <w:p w:rsidR="002B6494" w:rsidRDefault="002B6494" w:rsidP="001A1EEC">
            <w:r>
              <w:t>2.</w:t>
            </w:r>
          </w:p>
        </w:tc>
        <w:tc>
          <w:tcPr>
            <w:tcW w:w="9741" w:type="dxa"/>
          </w:tcPr>
          <w:p w:rsidR="002B6494" w:rsidRPr="00B8185B" w:rsidRDefault="003A791D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82E36C6" wp14:editId="0743C240">
                  <wp:extent cx="6170295" cy="928582"/>
                  <wp:effectExtent l="0" t="0" r="1905" b="508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809" cy="93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Pr="003A6A3B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741" w:type="dxa"/>
          </w:tcPr>
          <w:p w:rsidR="002B6494" w:rsidRPr="00B8185B" w:rsidRDefault="003A791D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48A4B4F" wp14:editId="6C5CFD59">
                  <wp:extent cx="6172200" cy="702374"/>
                  <wp:effectExtent l="0" t="0" r="0" b="254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83" cy="70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741" w:type="dxa"/>
          </w:tcPr>
          <w:p w:rsidR="002B6494" w:rsidRPr="00760CF9" w:rsidRDefault="003A791D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9325614" wp14:editId="17230BF0">
                  <wp:extent cx="5562600" cy="413884"/>
                  <wp:effectExtent l="0" t="0" r="0" b="571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724" cy="42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741" w:type="dxa"/>
          </w:tcPr>
          <w:p w:rsidR="002B6494" w:rsidRPr="003A6A3B" w:rsidRDefault="003A791D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C54580C" wp14:editId="73BBD3EA">
                  <wp:extent cx="5867400" cy="591086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480" cy="59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741" w:type="dxa"/>
          </w:tcPr>
          <w:p w:rsidR="002B6494" w:rsidRDefault="003A791D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8C50A1" wp14:editId="3AF11671">
                  <wp:extent cx="5829300" cy="592106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022" cy="59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741" w:type="dxa"/>
          </w:tcPr>
          <w:p w:rsidR="002B6494" w:rsidRDefault="003A791D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E324EE" wp14:editId="2C53ED90">
                  <wp:extent cx="5806440" cy="790859"/>
                  <wp:effectExtent l="0" t="0" r="3810" b="952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058" cy="79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41" w:type="dxa"/>
          </w:tcPr>
          <w:p w:rsidR="002B6494" w:rsidRPr="003A6A3B" w:rsidRDefault="003A791D" w:rsidP="001A1EEC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4FEA513" wp14:editId="66DDC4E6">
                  <wp:extent cx="5905500" cy="647965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539" cy="65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9741" w:type="dxa"/>
          </w:tcPr>
          <w:p w:rsidR="002B6494" w:rsidRPr="003A6A3B" w:rsidRDefault="003A791D" w:rsidP="001A1EE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5E5340C" wp14:editId="7147ADFB">
                  <wp:extent cx="5836920" cy="300184"/>
                  <wp:effectExtent l="0" t="0" r="0" b="508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200" cy="30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741" w:type="dxa"/>
          </w:tcPr>
          <w:p w:rsidR="002B6494" w:rsidRDefault="003A791D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D3FFFA" wp14:editId="724B00AC">
                  <wp:extent cx="5564505" cy="547719"/>
                  <wp:effectExtent l="0" t="0" r="0" b="508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441" cy="5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9741" w:type="dxa"/>
          </w:tcPr>
          <w:p w:rsidR="002B6494" w:rsidRDefault="003A791D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02736D" wp14:editId="3E20F788">
                  <wp:extent cx="5402580" cy="773870"/>
                  <wp:effectExtent l="0" t="0" r="0" b="762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355" cy="78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41" w:type="dxa"/>
          </w:tcPr>
          <w:p w:rsidR="002B6494" w:rsidRDefault="003A791D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A3C58" wp14:editId="30453F75">
                  <wp:extent cx="4295775" cy="514350"/>
                  <wp:effectExtent l="0" t="0" r="9525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1D" w:rsidRPr="003A6A3B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9741" w:type="dxa"/>
          </w:tcPr>
          <w:p w:rsidR="002B6494" w:rsidRDefault="003A791D" w:rsidP="001A1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29D76C" wp14:editId="57EAEA71">
                  <wp:extent cx="5715000" cy="74295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527" cy="74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91D" w:rsidRDefault="003A791D" w:rsidP="001A1EEC">
            <w:pPr>
              <w:rPr>
                <w:noProof/>
              </w:rPr>
            </w:pPr>
          </w:p>
        </w:tc>
      </w:tr>
      <w:tr w:rsidR="003A791D" w:rsidRPr="00747104" w:rsidTr="001A1EEC">
        <w:tc>
          <w:tcPr>
            <w:tcW w:w="460" w:type="dxa"/>
          </w:tcPr>
          <w:p w:rsidR="002B6494" w:rsidRDefault="002B6494" w:rsidP="001A1EEC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14</w:t>
            </w:r>
          </w:p>
        </w:tc>
        <w:tc>
          <w:tcPr>
            <w:tcW w:w="9741" w:type="dxa"/>
          </w:tcPr>
          <w:p w:rsidR="002B6494" w:rsidRPr="00AE25C1" w:rsidRDefault="003A791D" w:rsidP="001A1EEC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C375A21" wp14:editId="286A0BBD">
                  <wp:extent cx="5852160" cy="909252"/>
                  <wp:effectExtent l="0" t="0" r="0" b="571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480" cy="91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494" w:rsidRPr="003A6A3B" w:rsidRDefault="002B6494" w:rsidP="002B6494">
      <w:pPr>
        <w:rPr>
          <w:lang w:val="ru-RU"/>
        </w:rPr>
      </w:pPr>
    </w:p>
    <w:p w:rsidR="00150521" w:rsidRDefault="00CF1215" w:rsidP="00150521">
      <w:pPr>
        <w:rPr>
          <w:lang w:val="ru-RU"/>
        </w:rPr>
      </w:pPr>
      <w:r>
        <w:rPr>
          <w:noProof/>
        </w:rPr>
        <w:drawing>
          <wp:inline distT="0" distB="0" distL="0" distR="0" wp14:anchorId="09C7E2BB" wp14:editId="3D4F96E6">
            <wp:extent cx="6858000" cy="4829810"/>
            <wp:effectExtent l="0" t="0" r="0" b="889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15" w:rsidRDefault="00CF1215" w:rsidP="00150521">
      <w:pPr>
        <w:rPr>
          <w:lang w:val="ru-RU"/>
        </w:rPr>
      </w:pPr>
      <w:r>
        <w:rPr>
          <w:noProof/>
        </w:rPr>
        <w:drawing>
          <wp:inline distT="0" distB="0" distL="0" distR="0" wp14:anchorId="4C65378F" wp14:editId="0B87DF77">
            <wp:extent cx="6858000" cy="84137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15" w:rsidRDefault="00CF1215" w:rsidP="0015052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2B6221C" wp14:editId="47F7247E">
            <wp:extent cx="6858000" cy="501777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15" w:rsidRPr="003A6A3B" w:rsidRDefault="00CF1215" w:rsidP="00150521">
      <w:pPr>
        <w:rPr>
          <w:lang w:val="ru-RU"/>
        </w:rPr>
      </w:pPr>
      <w:r>
        <w:rPr>
          <w:noProof/>
        </w:rPr>
        <w:drawing>
          <wp:inline distT="0" distB="0" distL="0" distR="0" wp14:anchorId="31E724FB" wp14:editId="74CDCB3B">
            <wp:extent cx="6858000" cy="1974850"/>
            <wp:effectExtent l="0" t="0" r="0" b="635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21" w:rsidRPr="003A6A3B" w:rsidRDefault="00150521" w:rsidP="00783FD9">
      <w:pPr>
        <w:rPr>
          <w:lang w:val="ru-RU"/>
        </w:rPr>
      </w:pPr>
    </w:p>
    <w:sectPr w:rsidR="00150521" w:rsidRPr="003A6A3B" w:rsidSect="00783F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841F6"/>
    <w:rsid w:val="00114D8D"/>
    <w:rsid w:val="00150521"/>
    <w:rsid w:val="0015074B"/>
    <w:rsid w:val="00163D31"/>
    <w:rsid w:val="001A1EEC"/>
    <w:rsid w:val="001A3963"/>
    <w:rsid w:val="001D5222"/>
    <w:rsid w:val="0028703F"/>
    <w:rsid w:val="0029639D"/>
    <w:rsid w:val="002B6494"/>
    <w:rsid w:val="00326F90"/>
    <w:rsid w:val="003A6A3B"/>
    <w:rsid w:val="003A791D"/>
    <w:rsid w:val="003F31DA"/>
    <w:rsid w:val="00405422"/>
    <w:rsid w:val="005B24AB"/>
    <w:rsid w:val="00626958"/>
    <w:rsid w:val="00630F2A"/>
    <w:rsid w:val="006B6658"/>
    <w:rsid w:val="006C43B0"/>
    <w:rsid w:val="006C458C"/>
    <w:rsid w:val="006C49DC"/>
    <w:rsid w:val="00715CE8"/>
    <w:rsid w:val="00747104"/>
    <w:rsid w:val="00760CF9"/>
    <w:rsid w:val="00780059"/>
    <w:rsid w:val="00783FD9"/>
    <w:rsid w:val="008D0BF3"/>
    <w:rsid w:val="008E5018"/>
    <w:rsid w:val="00933D18"/>
    <w:rsid w:val="009C7658"/>
    <w:rsid w:val="00AA1D8D"/>
    <w:rsid w:val="00AA7459"/>
    <w:rsid w:val="00AD128B"/>
    <w:rsid w:val="00AE25C1"/>
    <w:rsid w:val="00B47730"/>
    <w:rsid w:val="00B60BDD"/>
    <w:rsid w:val="00B77C9F"/>
    <w:rsid w:val="00B8185B"/>
    <w:rsid w:val="00BC3FCE"/>
    <w:rsid w:val="00CA4CF5"/>
    <w:rsid w:val="00CB0664"/>
    <w:rsid w:val="00CB6368"/>
    <w:rsid w:val="00CF1215"/>
    <w:rsid w:val="00D13151"/>
    <w:rsid w:val="00DB182E"/>
    <w:rsid w:val="00DC3B61"/>
    <w:rsid w:val="00E174C9"/>
    <w:rsid w:val="00E31717"/>
    <w:rsid w:val="00E52F21"/>
    <w:rsid w:val="00E70044"/>
    <w:rsid w:val="00FC693F"/>
    <w:rsid w:val="00FE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35C762"/>
  <w14:defaultImageDpi w14:val="300"/>
  <w15:docId w15:val="{2EB2248D-61AD-4157-AB37-B29C33045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1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fontTable" Target="fontTable.xml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theme" Target="theme/theme1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customXml" Target="../customXml/item1.xm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D90402-4FE4-4C4A-9F22-16FC75C7D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737</Words>
  <Characters>4203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Ludmila Moroz</cp:lastModifiedBy>
  <cp:revision>2</cp:revision>
  <dcterms:created xsi:type="dcterms:W3CDTF">2026-06-23T07:30:00Z</dcterms:created>
  <dcterms:modified xsi:type="dcterms:W3CDTF">2026-06-23T07:30:00Z</dcterms:modified>
  <cp:category/>
</cp:coreProperties>
</file>