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6E375" w14:textId="649D03EF" w:rsidR="004D6425" w:rsidRPr="00254ED3" w:rsidRDefault="00DA0C1F">
      <w:pPr>
        <w:pStyle w:val="Titre1"/>
        <w:rPr>
          <w:sz w:val="44"/>
          <w:szCs w:val="44"/>
          <w:lang w:val="fr-FR"/>
        </w:rPr>
      </w:pPr>
      <w:r w:rsidRPr="00254ED3">
        <w:rPr>
          <w:sz w:val="44"/>
          <w:szCs w:val="44"/>
          <w:lang w:val="fr-FR"/>
        </w:rPr>
        <w:t>FICHE D’OBSERVATION 1</w:t>
      </w:r>
    </w:p>
    <w:p w14:paraId="4200E927" w14:textId="1C393315" w:rsidR="004D6425" w:rsidRPr="00254ED3" w:rsidRDefault="00DA0C1F">
      <w:pPr>
        <w:rPr>
          <w:sz w:val="24"/>
          <w:szCs w:val="24"/>
          <w:lang w:val="fr-FR"/>
        </w:rPr>
      </w:pPr>
      <w:r w:rsidRPr="00254ED3">
        <w:rPr>
          <w:sz w:val="24"/>
          <w:szCs w:val="24"/>
          <w:lang w:val="fr-FR"/>
        </w:rPr>
        <w:t>Si l'animal a un squelette int</w:t>
      </w:r>
      <w:r w:rsidR="00254ED3">
        <w:rPr>
          <w:sz w:val="24"/>
          <w:szCs w:val="24"/>
          <w:lang w:val="fr-FR"/>
        </w:rPr>
        <w:t>erne</w:t>
      </w:r>
      <w:r w:rsidRPr="00254ED3">
        <w:rPr>
          <w:sz w:val="24"/>
          <w:szCs w:val="24"/>
          <w:lang w:val="fr-FR"/>
        </w:rPr>
        <w:t>, remplir la fiche d'observation 2.</w:t>
      </w:r>
    </w:p>
    <w:p w14:paraId="37FD5B5B" w14:textId="77777777" w:rsidR="004D6425" w:rsidRPr="00254ED3" w:rsidRDefault="00DA0C1F">
      <w:pPr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Nom de l'espèce: ______________________________________</w:t>
      </w:r>
    </w:p>
    <w:p w14:paraId="0DA671E7" w14:textId="77777777" w:rsidR="004D6425" w:rsidRPr="00254ED3" w:rsidRDefault="00DA0C1F" w:rsidP="0063640A">
      <w:pPr>
        <w:pStyle w:val="Titre2"/>
        <w:jc w:val="center"/>
        <w:rPr>
          <w:sz w:val="32"/>
          <w:szCs w:val="32"/>
          <w:lang w:val="fr-FR"/>
        </w:rPr>
      </w:pPr>
      <w:r w:rsidRPr="00254ED3">
        <w:rPr>
          <w:sz w:val="32"/>
          <w:szCs w:val="32"/>
          <w:lang w:val="fr-FR"/>
        </w:rPr>
        <w:t>POUR VOIR</w:t>
      </w:r>
    </w:p>
    <w:tbl>
      <w:tblPr>
        <w:tblStyle w:val="Grilledutableau"/>
        <w:tblW w:w="0" w:type="auto"/>
        <w:tblInd w:w="38" w:type="dxa"/>
        <w:tblLook w:val="04A0" w:firstRow="1" w:lastRow="0" w:firstColumn="1" w:lastColumn="0" w:noHBand="0" w:noVBand="1"/>
      </w:tblPr>
      <w:tblGrid>
        <w:gridCol w:w="3824"/>
        <w:gridCol w:w="3824"/>
        <w:gridCol w:w="3824"/>
      </w:tblGrid>
      <w:tr w:rsidR="0063640A" w:rsidRPr="00254ED3" w14:paraId="50EA04A3" w14:textId="77777777" w:rsidTr="0063640A">
        <w:trPr>
          <w:trHeight w:val="2866"/>
        </w:trPr>
        <w:tc>
          <w:tcPr>
            <w:tcW w:w="3824" w:type="dxa"/>
          </w:tcPr>
          <w:p w14:paraId="13F0E1CC" w14:textId="27CF1985" w:rsidR="0063640A" w:rsidRPr="00254ED3" w:rsidRDefault="0063640A" w:rsidP="0063640A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 xml:space="preserve">PHOTO : </w:t>
            </w:r>
          </w:p>
        </w:tc>
        <w:tc>
          <w:tcPr>
            <w:tcW w:w="3824" w:type="dxa"/>
          </w:tcPr>
          <w:p w14:paraId="1B13104D" w14:textId="292957A5" w:rsidR="0063640A" w:rsidRPr="00254ED3" w:rsidRDefault="0063640A" w:rsidP="0063640A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 xml:space="preserve">SCHEMA : </w:t>
            </w:r>
          </w:p>
        </w:tc>
        <w:tc>
          <w:tcPr>
            <w:tcW w:w="3824" w:type="dxa"/>
          </w:tcPr>
          <w:p w14:paraId="45650E7F" w14:textId="13E13229" w:rsidR="0063640A" w:rsidRPr="00254ED3" w:rsidRDefault="0063640A" w:rsidP="0063640A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 xml:space="preserve">DESSIN : </w:t>
            </w:r>
          </w:p>
        </w:tc>
      </w:tr>
    </w:tbl>
    <w:p w14:paraId="59DAEC83" w14:textId="77777777" w:rsidR="0063640A" w:rsidRPr="00254ED3" w:rsidRDefault="0063640A" w:rsidP="0063640A">
      <w:pPr>
        <w:rPr>
          <w:sz w:val="10"/>
          <w:szCs w:val="10"/>
          <w:lang w:val="fr-FR"/>
        </w:rPr>
      </w:pPr>
    </w:p>
    <w:p w14:paraId="28FFB067" w14:textId="398C7ED5" w:rsidR="004D6425" w:rsidRPr="00254ED3" w:rsidRDefault="0063640A" w:rsidP="0063640A">
      <w:pPr>
        <w:pStyle w:val="Titre2"/>
        <w:jc w:val="center"/>
        <w:rPr>
          <w:sz w:val="32"/>
          <w:szCs w:val="32"/>
          <w:lang w:val="fr-FR"/>
        </w:rPr>
      </w:pPr>
      <w:r w:rsidRPr="00254ED3">
        <w:rPr>
          <w:noProof/>
          <w:sz w:val="32"/>
          <w:szCs w:val="32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A9050" wp14:editId="5C5F31DC">
                <wp:simplePos x="0" y="0"/>
                <wp:positionH relativeFrom="column">
                  <wp:posOffset>-50165</wp:posOffset>
                </wp:positionH>
                <wp:positionV relativeFrom="paragraph">
                  <wp:posOffset>270509</wp:posOffset>
                </wp:positionV>
                <wp:extent cx="7258050" cy="2752725"/>
                <wp:effectExtent l="0" t="0" r="19050" b="28575"/>
                <wp:wrapNone/>
                <wp:docPr id="14790329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8050" cy="275272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8C462" id="Rectangle 1" o:spid="_x0000_s1026" style="position:absolute;margin-left:-3.95pt;margin-top:21.3pt;width:571.5pt;height:2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" filled="f" strokecolor="black [3200]" strokeweight=".5pt"/>
            </w:pict>
          </mc:Fallback>
        </mc:AlternateContent>
      </w:r>
      <w:r w:rsidRPr="00254ED3">
        <w:rPr>
          <w:sz w:val="32"/>
          <w:szCs w:val="32"/>
          <w:lang w:val="fr-FR"/>
        </w:rPr>
        <w:t>POUR CLASSER</w:t>
      </w:r>
    </w:p>
    <w:p w14:paraId="76ACD8E3" w14:textId="77777777" w:rsidR="0063640A" w:rsidRPr="00254ED3" w:rsidRDefault="0063640A">
      <w:pPr>
        <w:rPr>
          <w:sz w:val="28"/>
          <w:szCs w:val="28"/>
          <w:lang w:val="fr-FR"/>
        </w:rPr>
        <w:sectPr w:rsidR="0063640A" w:rsidRPr="00254ED3" w:rsidSect="0063640A">
          <w:pgSz w:w="12240" w:h="15840"/>
          <w:pgMar w:top="28" w:right="454" w:bottom="567" w:left="454" w:header="720" w:footer="720" w:gutter="0"/>
          <w:cols w:space="720"/>
          <w:docGrid w:linePitch="360"/>
        </w:sectPr>
      </w:pPr>
    </w:p>
    <w:p w14:paraId="741F1C1B" w14:textId="3460F2C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 xml:space="preserve">☐ </w:t>
      </w:r>
      <w:r w:rsidR="0063640A" w:rsidRPr="00254ED3">
        <w:rPr>
          <w:sz w:val="28"/>
          <w:szCs w:val="28"/>
          <w:lang w:val="fr-FR"/>
        </w:rPr>
        <w:t>Y</w:t>
      </w:r>
      <w:r w:rsidRPr="00254ED3">
        <w:rPr>
          <w:sz w:val="28"/>
          <w:szCs w:val="28"/>
          <w:lang w:val="fr-FR"/>
        </w:rPr>
        <w:t>eux</w:t>
      </w:r>
    </w:p>
    <w:p w14:paraId="68863CF4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Bouche</w:t>
      </w:r>
    </w:p>
    <w:p w14:paraId="00DD544E" w14:textId="1CB8348F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Squelette ext</w:t>
      </w:r>
      <w:r w:rsidR="00254ED3">
        <w:rPr>
          <w:sz w:val="28"/>
          <w:szCs w:val="28"/>
          <w:lang w:val="fr-FR"/>
        </w:rPr>
        <w:t>erne</w:t>
      </w:r>
    </w:p>
    <w:p w14:paraId="45F7EAE2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6 pattes</w:t>
      </w:r>
    </w:p>
    <w:p w14:paraId="52FAC2EF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8 pattes</w:t>
      </w:r>
    </w:p>
    <w:p w14:paraId="7915202A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14 pattes</w:t>
      </w:r>
    </w:p>
    <w:p w14:paraId="3A7FE731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Élytres (comme la coccinelle)</w:t>
      </w:r>
    </w:p>
    <w:p w14:paraId="57D5070F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1 paire d’antennes</w:t>
      </w:r>
    </w:p>
    <w:p w14:paraId="227CB67F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2 paires d’antennes</w:t>
      </w:r>
    </w:p>
    <w:p w14:paraId="2571FD21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Cils</w:t>
      </w:r>
    </w:p>
    <w:p w14:paraId="2108B069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Chélicères (comme l’araignée)</w:t>
      </w:r>
    </w:p>
    <w:p w14:paraId="65646251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Ailes</w:t>
      </w:r>
    </w:p>
    <w:p w14:paraId="571CA3C7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Coquille</w:t>
      </w:r>
    </w:p>
    <w:p w14:paraId="00C3E7C8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Coquille enroulée</w:t>
      </w:r>
    </w:p>
    <w:p w14:paraId="769F9901" w14:textId="37A46A4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Coquille en deux parties (comme l</w:t>
      </w:r>
      <w:r w:rsidR="00254ED3">
        <w:rPr>
          <w:sz w:val="28"/>
          <w:szCs w:val="28"/>
          <w:lang w:val="fr-FR"/>
        </w:rPr>
        <w:t>a</w:t>
      </w:r>
      <w:r w:rsidRPr="00254ED3">
        <w:rPr>
          <w:sz w:val="28"/>
          <w:szCs w:val="28"/>
          <w:lang w:val="fr-FR"/>
        </w:rPr>
        <w:t xml:space="preserve"> moule)</w:t>
      </w:r>
    </w:p>
    <w:p w14:paraId="63BDA1CA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Pied porteur (comme l’escargot)</w:t>
      </w:r>
    </w:p>
    <w:p w14:paraId="7CF4B372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Tentacules (comme l’escargot)</w:t>
      </w:r>
    </w:p>
    <w:p w14:paraId="52952049" w14:textId="77777777" w:rsidR="004D6425" w:rsidRPr="00254ED3" w:rsidRDefault="00DA0C1F" w:rsidP="0063640A">
      <w:pPr>
        <w:spacing w:line="240" w:lineRule="auto"/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☐ Corps annelé (comme le ver de terre)</w:t>
      </w:r>
    </w:p>
    <w:p w14:paraId="60098056" w14:textId="77777777" w:rsidR="0063640A" w:rsidRPr="00254ED3" w:rsidRDefault="0063640A" w:rsidP="0063640A">
      <w:pPr>
        <w:pStyle w:val="Titre2"/>
        <w:spacing w:line="240" w:lineRule="auto"/>
        <w:rPr>
          <w:sz w:val="32"/>
          <w:szCs w:val="32"/>
          <w:lang w:val="fr-FR"/>
        </w:rPr>
        <w:sectPr w:rsidR="0063640A" w:rsidRPr="00254ED3" w:rsidSect="0063640A">
          <w:type w:val="continuous"/>
          <w:pgSz w:w="12240" w:h="15840"/>
          <w:pgMar w:top="454" w:right="454" w:bottom="567" w:left="454" w:header="720" w:footer="720" w:gutter="0"/>
          <w:cols w:num="3" w:space="720"/>
          <w:docGrid w:linePitch="360"/>
        </w:sectPr>
      </w:pPr>
    </w:p>
    <w:p w14:paraId="3E0484BC" w14:textId="77777777" w:rsidR="004D6425" w:rsidRPr="00254ED3" w:rsidRDefault="00DA0C1F" w:rsidP="0063640A">
      <w:pPr>
        <w:pStyle w:val="Titre2"/>
        <w:jc w:val="center"/>
        <w:rPr>
          <w:sz w:val="32"/>
          <w:szCs w:val="32"/>
          <w:lang w:val="fr-FR"/>
        </w:rPr>
      </w:pPr>
      <w:r w:rsidRPr="00254ED3">
        <w:rPr>
          <w:sz w:val="32"/>
          <w:szCs w:val="32"/>
          <w:lang w:val="fr-FR"/>
        </w:rPr>
        <w:t>POUR SAVOIR</w:t>
      </w:r>
    </w:p>
    <w:tbl>
      <w:tblPr>
        <w:tblW w:w="11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3863"/>
        <w:gridCol w:w="3864"/>
      </w:tblGrid>
      <w:tr w:rsidR="004D6425" w:rsidRPr="00254ED3" w14:paraId="3F6249B2" w14:textId="77777777" w:rsidTr="0063640A">
        <w:trPr>
          <w:trHeight w:val="566"/>
        </w:trPr>
        <w:tc>
          <w:tcPr>
            <w:tcW w:w="3863" w:type="dxa"/>
          </w:tcPr>
          <w:p w14:paraId="1E441773" w14:textId="77777777" w:rsidR="004D6425" w:rsidRPr="00254ED3" w:rsidRDefault="00DA0C1F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>Comment se déplace-t-il ?</w:t>
            </w:r>
          </w:p>
          <w:p w14:paraId="354460F5" w14:textId="77777777" w:rsidR="0063640A" w:rsidRPr="00254ED3" w:rsidRDefault="0063640A" w:rsidP="0063640A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Vole</w:t>
            </w:r>
          </w:p>
          <w:p w14:paraId="1B486A1A" w14:textId="77777777" w:rsidR="0063640A" w:rsidRPr="00254ED3" w:rsidRDefault="0063640A" w:rsidP="0063640A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Nage</w:t>
            </w:r>
          </w:p>
          <w:p w14:paraId="441B2BC8" w14:textId="77777777" w:rsidR="0063640A" w:rsidRPr="00254ED3" w:rsidRDefault="0063640A" w:rsidP="0063640A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Marche</w:t>
            </w:r>
          </w:p>
          <w:p w14:paraId="616B644E" w14:textId="77777777" w:rsidR="0063640A" w:rsidRPr="00254ED3" w:rsidRDefault="0063640A" w:rsidP="0063640A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Rampe</w:t>
            </w:r>
          </w:p>
          <w:p w14:paraId="4E64EF92" w14:textId="6FF3FD91" w:rsidR="0063640A" w:rsidRPr="00254ED3" w:rsidRDefault="0063640A" w:rsidP="0063640A">
            <w:pPr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Saute</w:t>
            </w:r>
          </w:p>
        </w:tc>
        <w:tc>
          <w:tcPr>
            <w:tcW w:w="3863" w:type="dxa"/>
          </w:tcPr>
          <w:p w14:paraId="114794A0" w14:textId="77777777" w:rsidR="004D6425" w:rsidRPr="00254ED3" w:rsidRDefault="00DA0C1F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>Où vit-il ?</w:t>
            </w:r>
          </w:p>
        </w:tc>
        <w:tc>
          <w:tcPr>
            <w:tcW w:w="3864" w:type="dxa"/>
          </w:tcPr>
          <w:p w14:paraId="021D76C6" w14:textId="77777777" w:rsidR="004D6425" w:rsidRPr="00254ED3" w:rsidRDefault="00DA0C1F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>Que mange-t-il ?</w:t>
            </w:r>
          </w:p>
        </w:tc>
      </w:tr>
    </w:tbl>
    <w:p w14:paraId="4F11513F" w14:textId="77777777" w:rsidR="002622FC" w:rsidRPr="00254ED3" w:rsidRDefault="002622FC">
      <w:pPr>
        <w:rPr>
          <w:sz w:val="28"/>
          <w:szCs w:val="28"/>
          <w:lang w:val="fr-FR"/>
        </w:rPr>
      </w:pPr>
    </w:p>
    <w:p w14:paraId="6E1D662F" w14:textId="77777777" w:rsidR="00254ED3" w:rsidRPr="00254ED3" w:rsidRDefault="00254ED3" w:rsidP="0063640A">
      <w:pPr>
        <w:pStyle w:val="Titre1"/>
        <w:rPr>
          <w:sz w:val="2"/>
          <w:szCs w:val="2"/>
          <w:lang w:val="fr-FR"/>
        </w:rPr>
      </w:pPr>
    </w:p>
    <w:p w14:paraId="68BB00FB" w14:textId="32EAA089" w:rsidR="0063640A" w:rsidRPr="00254ED3" w:rsidRDefault="0063640A" w:rsidP="0063640A">
      <w:pPr>
        <w:pStyle w:val="Titre1"/>
        <w:rPr>
          <w:sz w:val="44"/>
          <w:szCs w:val="44"/>
          <w:lang w:val="fr-FR"/>
        </w:rPr>
      </w:pPr>
      <w:r w:rsidRPr="00254ED3">
        <w:rPr>
          <w:sz w:val="44"/>
          <w:szCs w:val="44"/>
          <w:lang w:val="fr-FR"/>
        </w:rPr>
        <w:t>FICHE D’OBSERVATION 2</w:t>
      </w:r>
    </w:p>
    <w:p w14:paraId="49D08E70" w14:textId="77777777" w:rsidR="0063640A" w:rsidRPr="00254ED3" w:rsidRDefault="0063640A" w:rsidP="0063640A">
      <w:pPr>
        <w:rPr>
          <w:sz w:val="28"/>
          <w:szCs w:val="28"/>
          <w:lang w:val="fr-FR"/>
        </w:rPr>
      </w:pPr>
      <w:r w:rsidRPr="00254ED3">
        <w:rPr>
          <w:sz w:val="28"/>
          <w:szCs w:val="28"/>
          <w:lang w:val="fr-FR"/>
        </w:rPr>
        <w:t>Nom de l'espèce: ______________________________________</w:t>
      </w:r>
    </w:p>
    <w:p w14:paraId="60F53EBE" w14:textId="77777777" w:rsidR="0063640A" w:rsidRPr="00254ED3" w:rsidRDefault="0063640A" w:rsidP="0063640A">
      <w:pPr>
        <w:pStyle w:val="Titre2"/>
        <w:jc w:val="center"/>
        <w:rPr>
          <w:sz w:val="32"/>
          <w:szCs w:val="32"/>
          <w:lang w:val="fr-FR"/>
        </w:rPr>
      </w:pPr>
      <w:r w:rsidRPr="00254ED3">
        <w:rPr>
          <w:sz w:val="32"/>
          <w:szCs w:val="32"/>
          <w:lang w:val="fr-FR"/>
        </w:rPr>
        <w:t>POUR VOIR</w:t>
      </w:r>
    </w:p>
    <w:tbl>
      <w:tblPr>
        <w:tblStyle w:val="Grilledutableau"/>
        <w:tblW w:w="0" w:type="auto"/>
        <w:tblInd w:w="38" w:type="dxa"/>
        <w:tblLook w:val="04A0" w:firstRow="1" w:lastRow="0" w:firstColumn="1" w:lastColumn="0" w:noHBand="0" w:noVBand="1"/>
      </w:tblPr>
      <w:tblGrid>
        <w:gridCol w:w="3824"/>
        <w:gridCol w:w="3824"/>
        <w:gridCol w:w="3824"/>
      </w:tblGrid>
      <w:tr w:rsidR="0063640A" w:rsidRPr="00254ED3" w14:paraId="14CB998B" w14:textId="77777777" w:rsidTr="00544668">
        <w:trPr>
          <w:trHeight w:val="2866"/>
        </w:trPr>
        <w:tc>
          <w:tcPr>
            <w:tcW w:w="3824" w:type="dxa"/>
          </w:tcPr>
          <w:p w14:paraId="3B74F9FB" w14:textId="77777777" w:rsidR="0063640A" w:rsidRPr="00254ED3" w:rsidRDefault="0063640A" w:rsidP="00544668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 xml:space="preserve">PHOTO : </w:t>
            </w:r>
          </w:p>
        </w:tc>
        <w:tc>
          <w:tcPr>
            <w:tcW w:w="3824" w:type="dxa"/>
          </w:tcPr>
          <w:p w14:paraId="11A6EECC" w14:textId="77777777" w:rsidR="0063640A" w:rsidRPr="00254ED3" w:rsidRDefault="0063640A" w:rsidP="00544668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 xml:space="preserve">SCHEMA : </w:t>
            </w:r>
          </w:p>
        </w:tc>
        <w:tc>
          <w:tcPr>
            <w:tcW w:w="3824" w:type="dxa"/>
          </w:tcPr>
          <w:p w14:paraId="4C23CF11" w14:textId="77777777" w:rsidR="0063640A" w:rsidRPr="00254ED3" w:rsidRDefault="0063640A" w:rsidP="00544668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 xml:space="preserve">DESSIN : </w:t>
            </w:r>
          </w:p>
        </w:tc>
      </w:tr>
    </w:tbl>
    <w:p w14:paraId="61CE1F38" w14:textId="77777777" w:rsidR="0063640A" w:rsidRPr="00254ED3" w:rsidRDefault="0063640A" w:rsidP="0063640A">
      <w:pPr>
        <w:rPr>
          <w:sz w:val="10"/>
          <w:szCs w:val="10"/>
          <w:lang w:val="fr-FR"/>
        </w:rPr>
      </w:pPr>
    </w:p>
    <w:p w14:paraId="3B908A40" w14:textId="77777777" w:rsidR="0063640A" w:rsidRPr="00254ED3" w:rsidRDefault="0063640A" w:rsidP="0063640A">
      <w:pPr>
        <w:pStyle w:val="Titre2"/>
        <w:jc w:val="center"/>
        <w:rPr>
          <w:sz w:val="32"/>
          <w:szCs w:val="32"/>
          <w:lang w:val="fr-FR"/>
        </w:rPr>
      </w:pPr>
      <w:r w:rsidRPr="00254ED3">
        <w:rPr>
          <w:noProof/>
          <w:sz w:val="32"/>
          <w:szCs w:val="32"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356A15" wp14:editId="22336FD3">
                <wp:simplePos x="0" y="0"/>
                <wp:positionH relativeFrom="column">
                  <wp:posOffset>-50165</wp:posOffset>
                </wp:positionH>
                <wp:positionV relativeFrom="paragraph">
                  <wp:posOffset>270509</wp:posOffset>
                </wp:positionV>
                <wp:extent cx="7258050" cy="2752725"/>
                <wp:effectExtent l="0" t="0" r="19050" b="28575"/>
                <wp:wrapNone/>
                <wp:docPr id="1574386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8050" cy="275272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D2E15" id="Rectangle 1" o:spid="_x0000_s1026" style="position:absolute;margin-left:-3.95pt;margin-top:21.3pt;width:571.5pt;height:21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" filled="f" strokecolor="black [3200]" strokeweight=".5pt"/>
            </w:pict>
          </mc:Fallback>
        </mc:AlternateContent>
      </w:r>
      <w:r w:rsidRPr="00254ED3">
        <w:rPr>
          <w:sz w:val="32"/>
          <w:szCs w:val="32"/>
          <w:lang w:val="fr-FR"/>
        </w:rPr>
        <w:t>POUR CLASSER</w:t>
      </w:r>
    </w:p>
    <w:p w14:paraId="33148A19" w14:textId="77777777" w:rsidR="0063640A" w:rsidRPr="00254ED3" w:rsidRDefault="0063640A" w:rsidP="0063640A">
      <w:pPr>
        <w:rPr>
          <w:sz w:val="28"/>
          <w:szCs w:val="28"/>
          <w:lang w:val="fr-FR"/>
        </w:rPr>
        <w:sectPr w:rsidR="0063640A" w:rsidRPr="00254ED3" w:rsidSect="0063640A">
          <w:type w:val="continuous"/>
          <w:pgSz w:w="12240" w:h="15840"/>
          <w:pgMar w:top="28" w:right="454" w:bottom="567" w:left="454" w:header="720" w:footer="720" w:gutter="0"/>
          <w:cols w:space="720"/>
          <w:docGrid w:linePitch="360"/>
        </w:sectPr>
      </w:pPr>
    </w:p>
    <w:p w14:paraId="7951E622" w14:textId="3150D746" w:rsidR="0063640A" w:rsidRPr="0063640A" w:rsidRDefault="0063640A" w:rsidP="0063640A">
      <w:pPr>
        <w:pStyle w:val="Titre2"/>
        <w:ind w:left="360"/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</w:pPr>
      <w:r w:rsidRPr="0063640A">
        <w:rPr>
          <w:rFonts w:ascii="Segoe UI Symbol" w:eastAsiaTheme="minorEastAsia" w:hAnsi="Segoe UI Symbol" w:cs="Segoe UI Symbol"/>
          <w:b w:val="0"/>
          <w:bCs w:val="0"/>
          <w:color w:val="auto"/>
          <w:sz w:val="28"/>
          <w:szCs w:val="28"/>
          <w:lang w:val="fr-FR"/>
        </w:rPr>
        <w:t>☐</w:t>
      </w:r>
      <w:r w:rsidRPr="0063640A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 xml:space="preserve"> Squelette </w:t>
      </w:r>
      <w:r w:rsidR="00254ED3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>interne</w:t>
      </w:r>
    </w:p>
    <w:p w14:paraId="55F69060" w14:textId="77777777" w:rsidR="0063640A" w:rsidRPr="0063640A" w:rsidRDefault="0063640A" w:rsidP="0063640A">
      <w:pPr>
        <w:pStyle w:val="Titre2"/>
        <w:ind w:left="360"/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</w:pPr>
      <w:r w:rsidRPr="0063640A">
        <w:rPr>
          <w:rFonts w:ascii="Segoe UI Symbol" w:eastAsiaTheme="minorEastAsia" w:hAnsi="Segoe UI Symbol" w:cs="Segoe UI Symbol"/>
          <w:b w:val="0"/>
          <w:bCs w:val="0"/>
          <w:color w:val="auto"/>
          <w:sz w:val="28"/>
          <w:szCs w:val="28"/>
          <w:lang w:val="fr-FR"/>
        </w:rPr>
        <w:t>☐</w:t>
      </w:r>
      <w:r w:rsidRPr="0063640A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 xml:space="preserve"> Yeux</w:t>
      </w:r>
    </w:p>
    <w:p w14:paraId="6F0D8D9C" w14:textId="77777777" w:rsidR="0063640A" w:rsidRPr="0063640A" w:rsidRDefault="0063640A" w:rsidP="0063640A">
      <w:pPr>
        <w:pStyle w:val="Titre2"/>
        <w:ind w:left="360"/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</w:pPr>
      <w:r w:rsidRPr="0063640A">
        <w:rPr>
          <w:rFonts w:ascii="Segoe UI Symbol" w:eastAsiaTheme="minorEastAsia" w:hAnsi="Segoe UI Symbol" w:cs="Segoe UI Symbol"/>
          <w:b w:val="0"/>
          <w:bCs w:val="0"/>
          <w:color w:val="auto"/>
          <w:sz w:val="28"/>
          <w:szCs w:val="28"/>
          <w:lang w:val="fr-FR"/>
        </w:rPr>
        <w:t>☐</w:t>
      </w:r>
      <w:r w:rsidRPr="0063640A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 xml:space="preserve"> Bouche</w:t>
      </w:r>
    </w:p>
    <w:p w14:paraId="75FE9899" w14:textId="77777777" w:rsidR="0063640A" w:rsidRPr="0063640A" w:rsidRDefault="0063640A" w:rsidP="0063640A">
      <w:pPr>
        <w:pStyle w:val="Titre2"/>
        <w:ind w:left="360"/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</w:pPr>
      <w:r w:rsidRPr="0063640A">
        <w:rPr>
          <w:rFonts w:ascii="Segoe UI Symbol" w:eastAsiaTheme="minorEastAsia" w:hAnsi="Segoe UI Symbol" w:cs="Segoe UI Symbol"/>
          <w:b w:val="0"/>
          <w:bCs w:val="0"/>
          <w:color w:val="auto"/>
          <w:sz w:val="28"/>
          <w:szCs w:val="28"/>
          <w:lang w:val="fr-FR"/>
        </w:rPr>
        <w:t>☐</w:t>
      </w:r>
      <w:r w:rsidRPr="0063640A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 xml:space="preserve"> 4 membres</w:t>
      </w:r>
    </w:p>
    <w:p w14:paraId="43311A65" w14:textId="77777777" w:rsidR="0063640A" w:rsidRPr="0063640A" w:rsidRDefault="0063640A" w:rsidP="0063640A">
      <w:pPr>
        <w:pStyle w:val="Titre2"/>
        <w:ind w:left="360"/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</w:pPr>
      <w:r w:rsidRPr="0063640A">
        <w:rPr>
          <w:rFonts w:ascii="Segoe UI Symbol" w:eastAsiaTheme="minorEastAsia" w:hAnsi="Segoe UI Symbol" w:cs="Segoe UI Symbol"/>
          <w:b w:val="0"/>
          <w:bCs w:val="0"/>
          <w:color w:val="auto"/>
          <w:sz w:val="28"/>
          <w:szCs w:val="28"/>
          <w:lang w:val="fr-FR"/>
        </w:rPr>
        <w:t>☐</w:t>
      </w:r>
      <w:r w:rsidRPr="0063640A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 xml:space="preserve"> Poils</w:t>
      </w:r>
    </w:p>
    <w:p w14:paraId="4DCE756C" w14:textId="77777777" w:rsidR="0063640A" w:rsidRPr="0063640A" w:rsidRDefault="0063640A" w:rsidP="0063640A">
      <w:pPr>
        <w:pStyle w:val="Titre2"/>
        <w:ind w:left="360"/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</w:pPr>
      <w:r w:rsidRPr="0063640A">
        <w:rPr>
          <w:rFonts w:ascii="Segoe UI Symbol" w:eastAsiaTheme="minorEastAsia" w:hAnsi="Segoe UI Symbol" w:cs="Segoe UI Symbol"/>
          <w:b w:val="0"/>
          <w:bCs w:val="0"/>
          <w:color w:val="auto"/>
          <w:sz w:val="28"/>
          <w:szCs w:val="28"/>
          <w:lang w:val="fr-FR"/>
        </w:rPr>
        <w:t>☐</w:t>
      </w:r>
      <w:r w:rsidRPr="0063640A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 xml:space="preserve"> Plumes</w:t>
      </w:r>
    </w:p>
    <w:p w14:paraId="047B9D2F" w14:textId="77777777" w:rsidR="0063640A" w:rsidRPr="00254ED3" w:rsidRDefault="0063640A" w:rsidP="0063640A">
      <w:pPr>
        <w:pStyle w:val="Titre2"/>
        <w:ind w:left="360"/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</w:pPr>
      <w:r w:rsidRPr="0063640A">
        <w:rPr>
          <w:rFonts w:ascii="Segoe UI Symbol" w:eastAsiaTheme="minorEastAsia" w:hAnsi="Segoe UI Symbol" w:cs="Segoe UI Symbol"/>
          <w:b w:val="0"/>
          <w:bCs w:val="0"/>
          <w:color w:val="auto"/>
          <w:sz w:val="28"/>
          <w:szCs w:val="28"/>
          <w:lang w:val="fr-FR"/>
        </w:rPr>
        <w:t>☐</w:t>
      </w:r>
      <w:r w:rsidRPr="0063640A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 xml:space="preserve"> Oreilles extérieures</w:t>
      </w:r>
    </w:p>
    <w:p w14:paraId="571DF270" w14:textId="77777777" w:rsidR="00254ED3" w:rsidRPr="0063640A" w:rsidRDefault="00254ED3" w:rsidP="00254ED3">
      <w:pPr>
        <w:rPr>
          <w:lang w:val="fr-FR"/>
        </w:rPr>
      </w:pPr>
    </w:p>
    <w:p w14:paraId="1549CB99" w14:textId="77777777" w:rsidR="0063640A" w:rsidRPr="0063640A" w:rsidRDefault="0063640A" w:rsidP="0063640A">
      <w:pPr>
        <w:pStyle w:val="Titre2"/>
        <w:ind w:left="360"/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</w:pPr>
      <w:r w:rsidRPr="0063640A">
        <w:rPr>
          <w:rFonts w:ascii="Segoe UI Symbol" w:eastAsiaTheme="minorEastAsia" w:hAnsi="Segoe UI Symbol" w:cs="Segoe UI Symbol"/>
          <w:b w:val="0"/>
          <w:bCs w:val="0"/>
          <w:color w:val="auto"/>
          <w:sz w:val="28"/>
          <w:szCs w:val="28"/>
          <w:lang w:val="fr-FR"/>
        </w:rPr>
        <w:t>☐</w:t>
      </w:r>
      <w:r w:rsidRPr="0063640A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 xml:space="preserve"> Nageoires à rayons</w:t>
      </w:r>
    </w:p>
    <w:p w14:paraId="4F081744" w14:textId="048311DB" w:rsidR="0063640A" w:rsidRPr="00254ED3" w:rsidRDefault="0063640A" w:rsidP="00254ED3">
      <w:pPr>
        <w:pStyle w:val="Titre2"/>
        <w:ind w:left="360"/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</w:pPr>
      <w:r w:rsidRPr="0063640A">
        <w:rPr>
          <w:rFonts w:ascii="Segoe UI Symbol" w:eastAsiaTheme="minorEastAsia" w:hAnsi="Segoe UI Symbol" w:cs="Segoe UI Symbol"/>
          <w:b w:val="0"/>
          <w:bCs w:val="0"/>
          <w:color w:val="auto"/>
          <w:sz w:val="28"/>
          <w:szCs w:val="28"/>
          <w:lang w:val="fr-FR"/>
        </w:rPr>
        <w:t>☐</w:t>
      </w:r>
      <w:r w:rsidRPr="0063640A">
        <w:rPr>
          <w:rFonts w:asciiTheme="minorHAnsi" w:eastAsiaTheme="minorEastAsia" w:hAnsiTheme="minorHAnsi" w:cstheme="minorBidi"/>
          <w:b w:val="0"/>
          <w:bCs w:val="0"/>
          <w:color w:val="auto"/>
          <w:sz w:val="28"/>
          <w:szCs w:val="28"/>
          <w:lang w:val="fr-FR"/>
        </w:rPr>
        <w:t xml:space="preserve"> Carapace sur le dos et le ventre</w:t>
      </w:r>
    </w:p>
    <w:p w14:paraId="3A0CF1F8" w14:textId="77777777" w:rsidR="00254ED3" w:rsidRPr="00254ED3" w:rsidRDefault="00254ED3" w:rsidP="00254ED3">
      <w:pPr>
        <w:rPr>
          <w:sz w:val="10"/>
          <w:szCs w:val="10"/>
          <w:lang w:val="fr-FR"/>
        </w:rPr>
      </w:pPr>
    </w:p>
    <w:p w14:paraId="6DC5C13C" w14:textId="77777777" w:rsidR="0063640A" w:rsidRPr="0063640A" w:rsidRDefault="0063640A" w:rsidP="0063640A">
      <w:pPr>
        <w:ind w:left="360"/>
        <w:rPr>
          <w:sz w:val="28"/>
          <w:szCs w:val="28"/>
          <w:lang w:val="fr-FR"/>
        </w:rPr>
      </w:pPr>
      <w:r w:rsidRPr="0063640A">
        <w:rPr>
          <w:rFonts w:ascii="Segoe UI Symbol" w:hAnsi="Segoe UI Symbol" w:cs="Segoe UI Symbol"/>
          <w:sz w:val="28"/>
          <w:szCs w:val="28"/>
          <w:lang w:val="fr-FR"/>
        </w:rPr>
        <w:t>☐</w:t>
      </w:r>
      <w:r w:rsidRPr="0063640A">
        <w:rPr>
          <w:sz w:val="28"/>
          <w:szCs w:val="28"/>
          <w:lang w:val="fr-FR"/>
        </w:rPr>
        <w:t xml:space="preserve"> Mamelles</w:t>
      </w:r>
    </w:p>
    <w:p w14:paraId="5693141B" w14:textId="77777777" w:rsidR="0063640A" w:rsidRPr="0063640A" w:rsidRDefault="0063640A" w:rsidP="0063640A">
      <w:pPr>
        <w:ind w:left="360"/>
        <w:rPr>
          <w:sz w:val="28"/>
          <w:szCs w:val="28"/>
          <w:lang w:val="fr-FR"/>
        </w:rPr>
      </w:pPr>
      <w:r w:rsidRPr="0063640A">
        <w:rPr>
          <w:rFonts w:ascii="Segoe UI Symbol" w:hAnsi="Segoe UI Symbol" w:cs="Segoe UI Symbol"/>
          <w:sz w:val="28"/>
          <w:szCs w:val="28"/>
          <w:lang w:val="fr-FR"/>
        </w:rPr>
        <w:t>☐</w:t>
      </w:r>
      <w:r w:rsidRPr="0063640A">
        <w:rPr>
          <w:sz w:val="28"/>
          <w:szCs w:val="28"/>
          <w:lang w:val="fr-FR"/>
        </w:rPr>
        <w:t xml:space="preserve"> Cornes</w:t>
      </w:r>
    </w:p>
    <w:p w14:paraId="63772CA5" w14:textId="77777777" w:rsidR="0063640A" w:rsidRPr="0063640A" w:rsidRDefault="0063640A" w:rsidP="0063640A">
      <w:pPr>
        <w:ind w:left="360"/>
        <w:rPr>
          <w:sz w:val="28"/>
          <w:szCs w:val="28"/>
          <w:lang w:val="fr-FR"/>
        </w:rPr>
      </w:pPr>
      <w:r w:rsidRPr="0063640A">
        <w:rPr>
          <w:rFonts w:ascii="Segoe UI Symbol" w:hAnsi="Segoe UI Symbol" w:cs="Segoe UI Symbol"/>
          <w:sz w:val="28"/>
          <w:szCs w:val="28"/>
          <w:lang w:val="fr-FR"/>
        </w:rPr>
        <w:t>☐</w:t>
      </w:r>
      <w:r w:rsidRPr="0063640A">
        <w:rPr>
          <w:sz w:val="28"/>
          <w:szCs w:val="28"/>
          <w:lang w:val="fr-FR"/>
        </w:rPr>
        <w:t xml:space="preserve"> Sabots</w:t>
      </w:r>
    </w:p>
    <w:p w14:paraId="6DF891CD" w14:textId="77777777" w:rsidR="0063640A" w:rsidRPr="0063640A" w:rsidRDefault="0063640A" w:rsidP="0063640A">
      <w:pPr>
        <w:ind w:left="360"/>
        <w:rPr>
          <w:sz w:val="28"/>
          <w:szCs w:val="28"/>
          <w:lang w:val="fr-FR"/>
        </w:rPr>
      </w:pPr>
      <w:r w:rsidRPr="0063640A">
        <w:rPr>
          <w:rFonts w:ascii="Segoe UI Symbol" w:hAnsi="Segoe UI Symbol" w:cs="Segoe UI Symbol"/>
          <w:sz w:val="28"/>
          <w:szCs w:val="28"/>
          <w:lang w:val="fr-FR"/>
        </w:rPr>
        <w:t>☐</w:t>
      </w:r>
      <w:r w:rsidRPr="0063640A">
        <w:rPr>
          <w:sz w:val="28"/>
          <w:szCs w:val="28"/>
          <w:lang w:val="fr-FR"/>
        </w:rPr>
        <w:t xml:space="preserve"> Bec</w:t>
      </w:r>
    </w:p>
    <w:p w14:paraId="73FE59D5" w14:textId="77777777" w:rsidR="0063640A" w:rsidRPr="0063640A" w:rsidRDefault="0063640A" w:rsidP="0063640A">
      <w:pPr>
        <w:ind w:left="360"/>
        <w:rPr>
          <w:sz w:val="28"/>
          <w:szCs w:val="28"/>
          <w:lang w:val="fr-FR"/>
        </w:rPr>
      </w:pPr>
      <w:r w:rsidRPr="0063640A">
        <w:rPr>
          <w:rFonts w:ascii="Segoe UI Symbol" w:hAnsi="Segoe UI Symbol" w:cs="Segoe UI Symbol"/>
          <w:sz w:val="28"/>
          <w:szCs w:val="28"/>
          <w:lang w:val="fr-FR"/>
        </w:rPr>
        <w:t>☐</w:t>
      </w:r>
      <w:r w:rsidRPr="0063640A">
        <w:rPr>
          <w:sz w:val="28"/>
          <w:szCs w:val="28"/>
          <w:lang w:val="fr-FR"/>
        </w:rPr>
        <w:t xml:space="preserve"> Queue</w:t>
      </w:r>
    </w:p>
    <w:p w14:paraId="7FC94406" w14:textId="77777777" w:rsidR="0063640A" w:rsidRPr="0063640A" w:rsidRDefault="0063640A" w:rsidP="0063640A">
      <w:pPr>
        <w:ind w:left="360"/>
        <w:rPr>
          <w:sz w:val="28"/>
          <w:szCs w:val="28"/>
          <w:lang w:val="fr-FR"/>
        </w:rPr>
      </w:pPr>
      <w:r w:rsidRPr="0063640A">
        <w:rPr>
          <w:rFonts w:ascii="Segoe UI Symbol" w:hAnsi="Segoe UI Symbol" w:cs="Segoe UI Symbol"/>
          <w:sz w:val="28"/>
          <w:szCs w:val="28"/>
          <w:lang w:val="fr-FR"/>
        </w:rPr>
        <w:t>☐</w:t>
      </w:r>
      <w:r w:rsidRPr="0063640A">
        <w:rPr>
          <w:sz w:val="28"/>
          <w:szCs w:val="28"/>
          <w:lang w:val="fr-FR"/>
        </w:rPr>
        <w:t xml:space="preserve"> Dents</w:t>
      </w:r>
    </w:p>
    <w:p w14:paraId="67439FED" w14:textId="51C16D18" w:rsidR="0063640A" w:rsidRPr="0063640A" w:rsidRDefault="0063640A" w:rsidP="0063640A">
      <w:pPr>
        <w:ind w:left="360"/>
        <w:rPr>
          <w:sz w:val="28"/>
          <w:szCs w:val="28"/>
          <w:lang w:val="fr-FR"/>
        </w:rPr>
      </w:pPr>
      <w:r w:rsidRPr="0063640A">
        <w:rPr>
          <w:rFonts w:ascii="Segoe UI Symbol" w:hAnsi="Segoe UI Symbol" w:cs="Segoe UI Symbol"/>
          <w:sz w:val="28"/>
          <w:szCs w:val="28"/>
          <w:lang w:val="fr-FR"/>
        </w:rPr>
        <w:t>☐</w:t>
      </w:r>
      <w:r w:rsidRPr="0063640A">
        <w:rPr>
          <w:sz w:val="28"/>
          <w:szCs w:val="28"/>
          <w:lang w:val="fr-FR"/>
        </w:rPr>
        <w:t xml:space="preserve"> Narines</w:t>
      </w:r>
    </w:p>
    <w:p w14:paraId="285B29C8" w14:textId="77777777" w:rsidR="0063640A" w:rsidRPr="0063640A" w:rsidRDefault="0063640A" w:rsidP="0063640A">
      <w:pPr>
        <w:ind w:left="360"/>
        <w:rPr>
          <w:sz w:val="28"/>
          <w:szCs w:val="28"/>
          <w:lang w:val="fr-FR"/>
        </w:rPr>
      </w:pPr>
      <w:r w:rsidRPr="0063640A">
        <w:rPr>
          <w:rFonts w:ascii="Segoe UI Symbol" w:hAnsi="Segoe UI Symbol" w:cs="Segoe UI Symbol"/>
          <w:sz w:val="28"/>
          <w:szCs w:val="28"/>
          <w:lang w:val="fr-FR"/>
        </w:rPr>
        <w:t>☐</w:t>
      </w:r>
      <w:r w:rsidRPr="0063640A">
        <w:rPr>
          <w:sz w:val="28"/>
          <w:szCs w:val="28"/>
          <w:lang w:val="fr-FR"/>
        </w:rPr>
        <w:t xml:space="preserve"> Nez</w:t>
      </w:r>
    </w:p>
    <w:p w14:paraId="1B7BC386" w14:textId="77777777" w:rsidR="0063640A" w:rsidRPr="00254ED3" w:rsidRDefault="0063640A" w:rsidP="0063640A">
      <w:pPr>
        <w:rPr>
          <w:lang w:val="fr-FR"/>
        </w:rPr>
        <w:sectPr w:rsidR="0063640A" w:rsidRPr="00254ED3" w:rsidSect="00254ED3">
          <w:type w:val="continuous"/>
          <w:pgSz w:w="12240" w:h="15840"/>
          <w:pgMar w:top="454" w:right="454" w:bottom="567" w:left="454" w:header="720" w:footer="720" w:gutter="0"/>
          <w:cols w:num="3" w:space="720"/>
          <w:docGrid w:linePitch="360"/>
        </w:sectPr>
      </w:pPr>
    </w:p>
    <w:p w14:paraId="76089F3A" w14:textId="77777777" w:rsidR="0063640A" w:rsidRPr="00254ED3" w:rsidRDefault="0063640A" w:rsidP="0063640A">
      <w:pPr>
        <w:pStyle w:val="Titre2"/>
        <w:jc w:val="center"/>
        <w:rPr>
          <w:sz w:val="32"/>
          <w:szCs w:val="32"/>
          <w:lang w:val="fr-FR"/>
        </w:rPr>
      </w:pPr>
      <w:r w:rsidRPr="00254ED3">
        <w:rPr>
          <w:sz w:val="32"/>
          <w:szCs w:val="32"/>
          <w:lang w:val="fr-FR"/>
        </w:rPr>
        <w:t>POUR SAVOIR</w:t>
      </w:r>
    </w:p>
    <w:tbl>
      <w:tblPr>
        <w:tblW w:w="11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3863"/>
        <w:gridCol w:w="3864"/>
      </w:tblGrid>
      <w:tr w:rsidR="0063640A" w:rsidRPr="00254ED3" w14:paraId="01181BFB" w14:textId="77777777" w:rsidTr="00544668">
        <w:trPr>
          <w:trHeight w:val="566"/>
        </w:trPr>
        <w:tc>
          <w:tcPr>
            <w:tcW w:w="3863" w:type="dxa"/>
          </w:tcPr>
          <w:p w14:paraId="43D17313" w14:textId="77777777" w:rsidR="0063640A" w:rsidRPr="00254ED3" w:rsidRDefault="0063640A" w:rsidP="00544668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>Comment se déplace-t-il ?</w:t>
            </w:r>
          </w:p>
          <w:p w14:paraId="5538753F" w14:textId="77777777" w:rsidR="0063640A" w:rsidRPr="00254ED3" w:rsidRDefault="0063640A" w:rsidP="00544668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Vole</w:t>
            </w:r>
          </w:p>
          <w:p w14:paraId="71F6C774" w14:textId="77777777" w:rsidR="0063640A" w:rsidRPr="00254ED3" w:rsidRDefault="0063640A" w:rsidP="00544668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Nage</w:t>
            </w:r>
          </w:p>
          <w:p w14:paraId="234E979E" w14:textId="77777777" w:rsidR="0063640A" w:rsidRPr="00254ED3" w:rsidRDefault="0063640A" w:rsidP="00544668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Marche</w:t>
            </w:r>
          </w:p>
          <w:p w14:paraId="191B4039" w14:textId="77777777" w:rsidR="0063640A" w:rsidRPr="00254ED3" w:rsidRDefault="0063640A" w:rsidP="00544668">
            <w:pPr>
              <w:spacing w:line="240" w:lineRule="auto"/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Rampe</w:t>
            </w:r>
          </w:p>
          <w:p w14:paraId="457B8A8C" w14:textId="77777777" w:rsidR="0063640A" w:rsidRPr="00254ED3" w:rsidRDefault="0063640A" w:rsidP="00544668">
            <w:pPr>
              <w:rPr>
                <w:sz w:val="28"/>
                <w:szCs w:val="28"/>
                <w:lang w:val="fr-FR"/>
              </w:rPr>
            </w:pPr>
            <w:r w:rsidRPr="00254ED3">
              <w:rPr>
                <w:sz w:val="28"/>
                <w:szCs w:val="28"/>
                <w:lang w:val="fr-FR"/>
              </w:rPr>
              <w:t>☐ Saute</w:t>
            </w:r>
          </w:p>
        </w:tc>
        <w:tc>
          <w:tcPr>
            <w:tcW w:w="3863" w:type="dxa"/>
          </w:tcPr>
          <w:p w14:paraId="2F7EED69" w14:textId="77777777" w:rsidR="0063640A" w:rsidRPr="00254ED3" w:rsidRDefault="0063640A" w:rsidP="00544668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>Où vit-il ?</w:t>
            </w:r>
          </w:p>
        </w:tc>
        <w:tc>
          <w:tcPr>
            <w:tcW w:w="3864" w:type="dxa"/>
          </w:tcPr>
          <w:p w14:paraId="336692BD" w14:textId="77777777" w:rsidR="0063640A" w:rsidRPr="00254ED3" w:rsidRDefault="0063640A" w:rsidP="00544668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54ED3">
              <w:rPr>
                <w:b/>
                <w:bCs/>
                <w:i/>
                <w:iCs/>
                <w:sz w:val="28"/>
                <w:szCs w:val="28"/>
                <w:lang w:val="fr-FR"/>
              </w:rPr>
              <w:t>Que mange-t-il ?</w:t>
            </w:r>
          </w:p>
        </w:tc>
      </w:tr>
    </w:tbl>
    <w:p w14:paraId="649FFD08" w14:textId="77777777" w:rsidR="0063640A" w:rsidRDefault="0063640A">
      <w:pPr>
        <w:rPr>
          <w:sz w:val="28"/>
          <w:szCs w:val="28"/>
          <w:lang w:val="fr-FR"/>
        </w:rPr>
      </w:pPr>
    </w:p>
    <w:tbl>
      <w:tblPr>
        <w:tblStyle w:val="Grilledutableau"/>
        <w:tblW w:w="9227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509"/>
        <w:gridCol w:w="1276"/>
        <w:gridCol w:w="850"/>
        <w:gridCol w:w="907"/>
        <w:gridCol w:w="1020"/>
        <w:gridCol w:w="907"/>
        <w:gridCol w:w="794"/>
        <w:gridCol w:w="964"/>
      </w:tblGrid>
      <w:tr w:rsidR="00987BC3" w:rsidRPr="00A64C96" w14:paraId="66B90BF5" w14:textId="77777777" w:rsidTr="00987BC3">
        <w:trPr>
          <w:trHeight w:val="397"/>
        </w:trPr>
        <w:tc>
          <w:tcPr>
            <w:tcW w:w="250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63B0AF18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2E12D5A6" w14:textId="0722A986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Chimpanzé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239B1B4C" w14:textId="257ACB43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Lièvre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1072EBDC" w14:textId="7CA2D936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Sarcelle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23CF01B5" w14:textId="36D9566F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Machaon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57814BBA" w14:textId="147D7A89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Criquet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164309A5" w14:textId="3515D2EE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Épeire</w:t>
            </w:r>
          </w:p>
        </w:tc>
        <w:tc>
          <w:tcPr>
            <w:tcW w:w="964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24D5C813" w14:textId="4437706A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Escargot</w:t>
            </w:r>
          </w:p>
        </w:tc>
      </w:tr>
      <w:tr w:rsidR="00987BC3" w:rsidRPr="00A64C96" w14:paraId="0B0137E8" w14:textId="77777777" w:rsidTr="00A515B0">
        <w:trPr>
          <w:trHeight w:val="283"/>
        </w:trPr>
        <w:tc>
          <w:tcPr>
            <w:tcW w:w="2509" w:type="dxa"/>
            <w:tcBorders>
              <w:top w:val="single" w:sz="12" w:space="0" w:color="auto"/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640CAD4A" w14:textId="215B6001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Yeux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E24847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9FBEA81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vAlign w:val="center"/>
          </w:tcPr>
          <w:p w14:paraId="30604622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14:paraId="786F5612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tcBorders>
              <w:top w:val="single" w:sz="12" w:space="0" w:color="auto"/>
            </w:tcBorders>
            <w:vAlign w:val="center"/>
          </w:tcPr>
          <w:p w14:paraId="6245FAEE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tcBorders>
              <w:top w:val="single" w:sz="12" w:space="0" w:color="auto"/>
            </w:tcBorders>
            <w:vAlign w:val="center"/>
          </w:tcPr>
          <w:p w14:paraId="31B8692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tcBorders>
              <w:top w:val="single" w:sz="12" w:space="0" w:color="auto"/>
            </w:tcBorders>
            <w:vAlign w:val="center"/>
          </w:tcPr>
          <w:p w14:paraId="0AA7F90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0257C530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48CA7814" w14:textId="1DD7554B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Bouche</w:t>
            </w:r>
          </w:p>
        </w:tc>
        <w:tc>
          <w:tcPr>
            <w:tcW w:w="1276" w:type="dxa"/>
            <w:vAlign w:val="center"/>
          </w:tcPr>
          <w:p w14:paraId="71C73F6E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03D947CA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41A3C85B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434A18D6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0CA7920D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139ABB11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32073373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457284D1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7C347682" w14:textId="196E0C3A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Squelette interne osseux</w:t>
            </w:r>
          </w:p>
        </w:tc>
        <w:tc>
          <w:tcPr>
            <w:tcW w:w="1276" w:type="dxa"/>
            <w:vAlign w:val="center"/>
          </w:tcPr>
          <w:p w14:paraId="13DC49CE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050832F7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2697DA04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2A938C58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797BCAFB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1D26F62C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7ABEBA8A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0DA92606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555E2FA6" w14:textId="7A027AA4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Squelette externe articulé</w:t>
            </w:r>
          </w:p>
        </w:tc>
        <w:tc>
          <w:tcPr>
            <w:tcW w:w="1276" w:type="dxa"/>
            <w:vAlign w:val="center"/>
          </w:tcPr>
          <w:p w14:paraId="33BAE296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2393656B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68A673F0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54BAB59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19D68322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5571782E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7D1C6BD4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13E1E6C9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2D2479DD" w14:textId="0441D6D1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4 membres</w:t>
            </w:r>
          </w:p>
        </w:tc>
        <w:tc>
          <w:tcPr>
            <w:tcW w:w="1276" w:type="dxa"/>
            <w:vAlign w:val="center"/>
          </w:tcPr>
          <w:p w14:paraId="731F7B35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19C6A328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746DF598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3973ADAC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25DA773A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491CBA72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6E29811A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5C1FB821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56801CCF" w14:textId="531D8CA1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Poils</w:t>
            </w:r>
          </w:p>
        </w:tc>
        <w:tc>
          <w:tcPr>
            <w:tcW w:w="1276" w:type="dxa"/>
            <w:vAlign w:val="center"/>
          </w:tcPr>
          <w:p w14:paraId="6065CFC9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3CE1414A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2892839C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17CFB557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166C90E4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5DFF3CD7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23CDDEEC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2AD40C08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1C46C61D" w14:textId="7DCFAED6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Mamelles</w:t>
            </w:r>
          </w:p>
        </w:tc>
        <w:tc>
          <w:tcPr>
            <w:tcW w:w="1276" w:type="dxa"/>
            <w:vAlign w:val="center"/>
          </w:tcPr>
          <w:p w14:paraId="252DBD9E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66D02406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5A02DAE9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3A950997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029DC3B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796B1A59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1CDECFBB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52ED5314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461343E3" w14:textId="7F95F9A9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Antennes</w:t>
            </w:r>
          </w:p>
        </w:tc>
        <w:tc>
          <w:tcPr>
            <w:tcW w:w="1276" w:type="dxa"/>
            <w:vAlign w:val="center"/>
          </w:tcPr>
          <w:p w14:paraId="2D25066E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00746708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0CA152C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23F28BD2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2AEAB43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09119285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022EA7F0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3E09E732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16FA9F5D" w14:textId="6B5143F5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3 paires de pattes</w:t>
            </w:r>
          </w:p>
        </w:tc>
        <w:tc>
          <w:tcPr>
            <w:tcW w:w="1276" w:type="dxa"/>
            <w:vAlign w:val="center"/>
          </w:tcPr>
          <w:p w14:paraId="1F1C5C1A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1E0625AB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6CDFCAE3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60776864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5FEC9CF7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134EAB5D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4C10DD62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3DF9F650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47E79EE2" w14:textId="06DD41DE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4 paires de pattes</w:t>
            </w:r>
          </w:p>
        </w:tc>
        <w:tc>
          <w:tcPr>
            <w:tcW w:w="1276" w:type="dxa"/>
            <w:vAlign w:val="center"/>
          </w:tcPr>
          <w:p w14:paraId="3FAC658B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53C0615B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1663D46D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0ED91073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3858BDC1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3F7474D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71B46E18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59E70A41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5C0DC6CF" w14:textId="2BE650EF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 xml:space="preserve">Coquille </w:t>
            </w:r>
          </w:p>
        </w:tc>
        <w:tc>
          <w:tcPr>
            <w:tcW w:w="1276" w:type="dxa"/>
            <w:vAlign w:val="center"/>
          </w:tcPr>
          <w:p w14:paraId="2C80A2FE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5DF9AA7C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4E0E4A70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154A7A0A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653892D2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46655D2D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39B46DDA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14C87358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0AC8946F" w14:textId="5534D9AB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Tentacules</w:t>
            </w:r>
          </w:p>
        </w:tc>
        <w:tc>
          <w:tcPr>
            <w:tcW w:w="1276" w:type="dxa"/>
            <w:vAlign w:val="center"/>
          </w:tcPr>
          <w:p w14:paraId="483FFE7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5A133948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2E89759F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6A720EE7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34B2B253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466FDE0A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4CA5EED6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446C799F" w14:textId="77777777" w:rsidTr="00A515B0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37046C55" w14:textId="0E0D3949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Plumes</w:t>
            </w:r>
          </w:p>
        </w:tc>
        <w:tc>
          <w:tcPr>
            <w:tcW w:w="1276" w:type="dxa"/>
            <w:vAlign w:val="center"/>
          </w:tcPr>
          <w:p w14:paraId="47D8E671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670D5191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04FF23B0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4B08BBA7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2913CFA9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78123FA3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6F2047B9" w14:textId="77777777" w:rsidR="00987BC3" w:rsidRPr="00A64C96" w:rsidRDefault="00987BC3" w:rsidP="00DA0C1F">
            <w:pPr>
              <w:rPr>
                <w:sz w:val="20"/>
                <w:szCs w:val="20"/>
                <w:lang w:val="fr-FR"/>
              </w:rPr>
            </w:pPr>
          </w:p>
        </w:tc>
      </w:tr>
    </w:tbl>
    <w:p w14:paraId="097715D3" w14:textId="77777777" w:rsidR="00EF2D6C" w:rsidRDefault="00EF2D6C">
      <w:pPr>
        <w:rPr>
          <w:sz w:val="28"/>
          <w:szCs w:val="28"/>
          <w:lang w:val="fr-FR"/>
        </w:rPr>
      </w:pPr>
    </w:p>
    <w:tbl>
      <w:tblPr>
        <w:tblStyle w:val="Grilledutableau"/>
        <w:tblW w:w="9227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509"/>
        <w:gridCol w:w="1276"/>
        <w:gridCol w:w="850"/>
        <w:gridCol w:w="907"/>
        <w:gridCol w:w="1020"/>
        <w:gridCol w:w="907"/>
        <w:gridCol w:w="794"/>
        <w:gridCol w:w="964"/>
      </w:tblGrid>
      <w:tr w:rsidR="00987BC3" w:rsidRPr="00A64C96" w14:paraId="5A0226F3" w14:textId="77777777" w:rsidTr="00987BC3">
        <w:trPr>
          <w:trHeight w:val="340"/>
        </w:trPr>
        <w:tc>
          <w:tcPr>
            <w:tcW w:w="250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2D69B" w:themeFill="accent3" w:themeFillTint="99"/>
            <w:vAlign w:val="center"/>
          </w:tcPr>
          <w:p w14:paraId="614B2112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3CB753CF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Chimpanzé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601713C0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Lièvre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705D87A3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Sarcelle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4F295EB7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Machaon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01237EE8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Criquet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49C83763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Épeire</w:t>
            </w:r>
          </w:p>
        </w:tc>
        <w:tc>
          <w:tcPr>
            <w:tcW w:w="964" w:type="dxa"/>
            <w:tcBorders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2101B825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Escargot</w:t>
            </w:r>
          </w:p>
        </w:tc>
      </w:tr>
      <w:tr w:rsidR="00987BC3" w:rsidRPr="00A64C96" w14:paraId="1A29FA0D" w14:textId="77777777" w:rsidTr="00987BC3">
        <w:trPr>
          <w:trHeight w:val="283"/>
        </w:trPr>
        <w:tc>
          <w:tcPr>
            <w:tcW w:w="2509" w:type="dxa"/>
            <w:tcBorders>
              <w:top w:val="single" w:sz="12" w:space="0" w:color="auto"/>
              <w:right w:val="single" w:sz="12" w:space="0" w:color="auto"/>
            </w:tcBorders>
            <w:shd w:val="clear" w:color="auto" w:fill="C2D69B" w:themeFill="accent3" w:themeFillTint="99"/>
          </w:tcPr>
          <w:p w14:paraId="1F9D2B5F" w14:textId="77777777" w:rsidR="00987BC3" w:rsidRPr="00A64C96" w:rsidRDefault="00987BC3" w:rsidP="00A64C96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Yeux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39B5195" w14:textId="6EE3CC5C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8959AAB" w14:textId="2F496613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vAlign w:val="center"/>
          </w:tcPr>
          <w:p w14:paraId="7E5B6E48" w14:textId="2C08FBE4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14:paraId="14A2AA08" w14:textId="6CB3B55F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  <w:tcBorders>
              <w:top w:val="single" w:sz="12" w:space="0" w:color="auto"/>
            </w:tcBorders>
            <w:vAlign w:val="center"/>
          </w:tcPr>
          <w:p w14:paraId="3F61C1B5" w14:textId="0E227914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794" w:type="dxa"/>
            <w:tcBorders>
              <w:top w:val="single" w:sz="12" w:space="0" w:color="auto"/>
            </w:tcBorders>
          </w:tcPr>
          <w:p w14:paraId="24511D90" w14:textId="7ADEDDFE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F8605E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64" w:type="dxa"/>
            <w:tcBorders>
              <w:top w:val="single" w:sz="12" w:space="0" w:color="auto"/>
            </w:tcBorders>
          </w:tcPr>
          <w:p w14:paraId="56E7EADD" w14:textId="76E586FE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F8605E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</w:tr>
      <w:tr w:rsidR="00987BC3" w:rsidRPr="00A64C96" w14:paraId="2C13E8F5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576A8F6D" w14:textId="77777777" w:rsidR="00987BC3" w:rsidRPr="00A64C96" w:rsidRDefault="00987BC3" w:rsidP="00A64C96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Bouche</w:t>
            </w:r>
          </w:p>
        </w:tc>
        <w:tc>
          <w:tcPr>
            <w:tcW w:w="1276" w:type="dxa"/>
            <w:vAlign w:val="center"/>
          </w:tcPr>
          <w:p w14:paraId="497BCE06" w14:textId="3423DD02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850" w:type="dxa"/>
            <w:vAlign w:val="center"/>
          </w:tcPr>
          <w:p w14:paraId="2D9B8B75" w14:textId="2DDDB069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  <w:vAlign w:val="center"/>
          </w:tcPr>
          <w:p w14:paraId="4341C1B9" w14:textId="6FB4231B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1020" w:type="dxa"/>
            <w:vAlign w:val="center"/>
          </w:tcPr>
          <w:p w14:paraId="4CB1B537" w14:textId="4541F360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  <w:vAlign w:val="center"/>
          </w:tcPr>
          <w:p w14:paraId="5881E51B" w14:textId="5B8BA784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794" w:type="dxa"/>
          </w:tcPr>
          <w:p w14:paraId="0A3F2CC1" w14:textId="52F75E32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F8605E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64" w:type="dxa"/>
          </w:tcPr>
          <w:p w14:paraId="34A4A9D4" w14:textId="5E78AE84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F8605E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</w:tr>
      <w:tr w:rsidR="00987BC3" w:rsidRPr="00A64C96" w14:paraId="4E87EF75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12DCC8A9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Squelette interne osseux</w:t>
            </w:r>
          </w:p>
        </w:tc>
        <w:tc>
          <w:tcPr>
            <w:tcW w:w="1276" w:type="dxa"/>
            <w:vAlign w:val="center"/>
          </w:tcPr>
          <w:p w14:paraId="2710EE16" w14:textId="5EE26BAB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850" w:type="dxa"/>
            <w:vAlign w:val="center"/>
          </w:tcPr>
          <w:p w14:paraId="4F8A8C05" w14:textId="2CC566E4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  <w:vAlign w:val="center"/>
          </w:tcPr>
          <w:p w14:paraId="112A8757" w14:textId="56CBDBB0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1020" w:type="dxa"/>
            <w:vAlign w:val="center"/>
          </w:tcPr>
          <w:p w14:paraId="2796E12F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624993FA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3BBEB7BC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1E9B7FF0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2CFA9113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4FFA2A1A" w14:textId="77777777" w:rsidR="00987BC3" w:rsidRPr="00A64C96" w:rsidRDefault="00987BC3" w:rsidP="00A64C96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Squelette externe articulé</w:t>
            </w:r>
          </w:p>
        </w:tc>
        <w:tc>
          <w:tcPr>
            <w:tcW w:w="1276" w:type="dxa"/>
            <w:vAlign w:val="center"/>
          </w:tcPr>
          <w:p w14:paraId="42105B5E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088E07E8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4BD21231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</w:tcPr>
          <w:p w14:paraId="5510C382" w14:textId="7FAF3EC0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EF0FC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</w:tcPr>
          <w:p w14:paraId="7F2926AB" w14:textId="01073D92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EF0FC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794" w:type="dxa"/>
          </w:tcPr>
          <w:p w14:paraId="68BD6328" w14:textId="0DD1BA39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EF0FC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64" w:type="dxa"/>
            <w:vAlign w:val="center"/>
          </w:tcPr>
          <w:p w14:paraId="4491EB3E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1916E2C2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239C60CB" w14:textId="77777777" w:rsidR="00987BC3" w:rsidRPr="00A64C96" w:rsidRDefault="00987BC3" w:rsidP="00A64C96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4 membres</w:t>
            </w:r>
          </w:p>
        </w:tc>
        <w:tc>
          <w:tcPr>
            <w:tcW w:w="1276" w:type="dxa"/>
          </w:tcPr>
          <w:p w14:paraId="6AE6C985" w14:textId="092153EA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9036EA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850" w:type="dxa"/>
          </w:tcPr>
          <w:p w14:paraId="32CDED27" w14:textId="5E9CDAD9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9036EA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</w:tcPr>
          <w:p w14:paraId="210FB222" w14:textId="4284A26E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9036EA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1020" w:type="dxa"/>
            <w:vAlign w:val="center"/>
          </w:tcPr>
          <w:p w14:paraId="72318855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714817BE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75C3BF65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71926AC4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103BFE66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05EB7302" w14:textId="77777777" w:rsidR="00987BC3" w:rsidRPr="00A64C96" w:rsidRDefault="00987BC3" w:rsidP="00A64C96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Poils</w:t>
            </w:r>
          </w:p>
        </w:tc>
        <w:tc>
          <w:tcPr>
            <w:tcW w:w="1276" w:type="dxa"/>
          </w:tcPr>
          <w:p w14:paraId="25AE4F40" w14:textId="36A82D0F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590F15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850" w:type="dxa"/>
          </w:tcPr>
          <w:p w14:paraId="2B231C26" w14:textId="52DEFA71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590F15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  <w:vAlign w:val="center"/>
          </w:tcPr>
          <w:p w14:paraId="7CFBA5BC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5D120585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176AB2A2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7353B93B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6DF5F81A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783CB245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689B59C2" w14:textId="77777777" w:rsidR="00987BC3" w:rsidRPr="00A64C96" w:rsidRDefault="00987BC3" w:rsidP="00A64C96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Mamelles</w:t>
            </w:r>
          </w:p>
        </w:tc>
        <w:tc>
          <w:tcPr>
            <w:tcW w:w="1276" w:type="dxa"/>
          </w:tcPr>
          <w:p w14:paraId="6C966BC2" w14:textId="6CD56DB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590F15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850" w:type="dxa"/>
          </w:tcPr>
          <w:p w14:paraId="61B0E71D" w14:textId="4F3AAFB8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590F15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  <w:vAlign w:val="center"/>
          </w:tcPr>
          <w:p w14:paraId="5A9F2444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263F31A7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61608B30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4FC8A121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5EDA5005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4ABD3A65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4B8FF4D5" w14:textId="77777777" w:rsidR="00987BC3" w:rsidRPr="00A64C96" w:rsidRDefault="00987BC3" w:rsidP="00A64C96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Antennes</w:t>
            </w:r>
          </w:p>
        </w:tc>
        <w:tc>
          <w:tcPr>
            <w:tcW w:w="1276" w:type="dxa"/>
            <w:vAlign w:val="center"/>
          </w:tcPr>
          <w:p w14:paraId="44AAB312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63A4922D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3B88C3FB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</w:tcPr>
          <w:p w14:paraId="08D342C9" w14:textId="4A0B058A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901EBB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</w:tcPr>
          <w:p w14:paraId="2BB5E141" w14:textId="71CD6E19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901EBB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794" w:type="dxa"/>
            <w:vAlign w:val="center"/>
          </w:tcPr>
          <w:p w14:paraId="7B8F31FB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3F7D734E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09159B6E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58762455" w14:textId="77777777" w:rsidR="00987BC3" w:rsidRPr="00A64C96" w:rsidRDefault="00987BC3" w:rsidP="00A64C96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3 paires de pattes</w:t>
            </w:r>
          </w:p>
        </w:tc>
        <w:tc>
          <w:tcPr>
            <w:tcW w:w="1276" w:type="dxa"/>
            <w:vAlign w:val="center"/>
          </w:tcPr>
          <w:p w14:paraId="4CC2BBD6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65ACEF42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3663B41C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</w:tcPr>
          <w:p w14:paraId="2A0156B0" w14:textId="23E05FF1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901EBB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07" w:type="dxa"/>
          </w:tcPr>
          <w:p w14:paraId="1067607A" w14:textId="7105B535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901EBB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794" w:type="dxa"/>
            <w:vAlign w:val="center"/>
          </w:tcPr>
          <w:p w14:paraId="68ECE72F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636DDF1F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182FD994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1CF88568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4 paires de pattes</w:t>
            </w:r>
          </w:p>
        </w:tc>
        <w:tc>
          <w:tcPr>
            <w:tcW w:w="1276" w:type="dxa"/>
            <w:vAlign w:val="center"/>
          </w:tcPr>
          <w:p w14:paraId="1F6CFAA5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32D856A5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3080D574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598990FD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0D8C2F8D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5608EE71" w14:textId="0305A379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964" w:type="dxa"/>
            <w:vAlign w:val="center"/>
          </w:tcPr>
          <w:p w14:paraId="2FB04410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</w:tr>
      <w:tr w:rsidR="00987BC3" w:rsidRPr="00A64C96" w14:paraId="60990E86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7EBACC57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 xml:space="preserve">Coquille </w:t>
            </w:r>
          </w:p>
        </w:tc>
        <w:tc>
          <w:tcPr>
            <w:tcW w:w="1276" w:type="dxa"/>
            <w:vAlign w:val="center"/>
          </w:tcPr>
          <w:p w14:paraId="705F6F5F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18408680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7E74A10E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5B539E01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31E17963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31FA8975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737813B5" w14:textId="0A5D1E1F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</w:tr>
      <w:tr w:rsidR="00987BC3" w:rsidRPr="00A64C96" w14:paraId="157C0350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6ACF099D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Tentacules</w:t>
            </w:r>
          </w:p>
        </w:tc>
        <w:tc>
          <w:tcPr>
            <w:tcW w:w="1276" w:type="dxa"/>
            <w:vAlign w:val="center"/>
          </w:tcPr>
          <w:p w14:paraId="4BA46B04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7DAA47B9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088E8B28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1020" w:type="dxa"/>
            <w:vAlign w:val="center"/>
          </w:tcPr>
          <w:p w14:paraId="5F7D3640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61972258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7E0D75C9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656CAED5" w14:textId="3159317B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</w:tr>
      <w:tr w:rsidR="00987BC3" w:rsidRPr="00A64C96" w14:paraId="16DD099F" w14:textId="77777777" w:rsidTr="00987BC3">
        <w:trPr>
          <w:trHeight w:val="283"/>
        </w:trPr>
        <w:tc>
          <w:tcPr>
            <w:tcW w:w="2509" w:type="dxa"/>
            <w:tcBorders>
              <w:right w:val="single" w:sz="12" w:space="0" w:color="auto"/>
            </w:tcBorders>
            <w:shd w:val="clear" w:color="auto" w:fill="C2D69B" w:themeFill="accent3" w:themeFillTint="99"/>
          </w:tcPr>
          <w:p w14:paraId="5197D70C" w14:textId="77777777" w:rsidR="00987BC3" w:rsidRPr="00A64C96" w:rsidRDefault="00987BC3" w:rsidP="00544668">
            <w:pPr>
              <w:rPr>
                <w:sz w:val="20"/>
                <w:szCs w:val="20"/>
                <w:lang w:val="fr-FR"/>
              </w:rPr>
            </w:pPr>
            <w:r w:rsidRPr="00A64C96">
              <w:rPr>
                <w:sz w:val="20"/>
                <w:szCs w:val="20"/>
                <w:lang w:val="fr-FR"/>
              </w:rPr>
              <w:t>Plumes</w:t>
            </w:r>
          </w:p>
        </w:tc>
        <w:tc>
          <w:tcPr>
            <w:tcW w:w="1276" w:type="dxa"/>
            <w:vAlign w:val="center"/>
          </w:tcPr>
          <w:p w14:paraId="3136B998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50" w:type="dxa"/>
            <w:vAlign w:val="center"/>
          </w:tcPr>
          <w:p w14:paraId="1B7ACB45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50D4E1BE" w14:textId="45CBF83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  <w:r w:rsidRPr="00A64C96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X</w:t>
            </w:r>
          </w:p>
        </w:tc>
        <w:tc>
          <w:tcPr>
            <w:tcW w:w="1020" w:type="dxa"/>
            <w:vAlign w:val="center"/>
          </w:tcPr>
          <w:p w14:paraId="11E52166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07" w:type="dxa"/>
            <w:vAlign w:val="center"/>
          </w:tcPr>
          <w:p w14:paraId="1E3F04B2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4" w:type="dxa"/>
            <w:vAlign w:val="center"/>
          </w:tcPr>
          <w:p w14:paraId="72A3F4CE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64" w:type="dxa"/>
            <w:vAlign w:val="center"/>
          </w:tcPr>
          <w:p w14:paraId="16F3825E" w14:textId="77777777" w:rsidR="00987BC3" w:rsidRPr="00A64C96" w:rsidRDefault="00987BC3" w:rsidP="00A64C96">
            <w:pPr>
              <w:jc w:val="center"/>
              <w:rPr>
                <w:sz w:val="20"/>
                <w:szCs w:val="20"/>
                <w:lang w:val="fr-FR"/>
              </w:rPr>
            </w:pPr>
          </w:p>
        </w:tc>
      </w:tr>
    </w:tbl>
    <w:p w14:paraId="08AC9E8C" w14:textId="77777777" w:rsidR="00A64C96" w:rsidRPr="00254ED3" w:rsidRDefault="00A64C96">
      <w:pPr>
        <w:rPr>
          <w:sz w:val="28"/>
          <w:szCs w:val="28"/>
          <w:lang w:val="fr-FR"/>
        </w:rPr>
      </w:pPr>
    </w:p>
    <w:sectPr w:rsidR="00A64C96" w:rsidRPr="00254ED3" w:rsidSect="0063640A">
      <w:type w:val="continuous"/>
      <w:pgSz w:w="12240" w:h="15840"/>
      <w:pgMar w:top="454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0E7E91"/>
    <w:multiLevelType w:val="multilevel"/>
    <w:tmpl w:val="C04A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446093"/>
    <w:multiLevelType w:val="multilevel"/>
    <w:tmpl w:val="49A0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6141637">
    <w:abstractNumId w:val="8"/>
  </w:num>
  <w:num w:numId="2" w16cid:durableId="380984966">
    <w:abstractNumId w:val="6"/>
  </w:num>
  <w:num w:numId="3" w16cid:durableId="1792288531">
    <w:abstractNumId w:val="5"/>
  </w:num>
  <w:num w:numId="4" w16cid:durableId="509640574">
    <w:abstractNumId w:val="4"/>
  </w:num>
  <w:num w:numId="5" w16cid:durableId="1946423469">
    <w:abstractNumId w:val="7"/>
  </w:num>
  <w:num w:numId="6" w16cid:durableId="2138715380">
    <w:abstractNumId w:val="3"/>
  </w:num>
  <w:num w:numId="7" w16cid:durableId="1483308345">
    <w:abstractNumId w:val="2"/>
  </w:num>
  <w:num w:numId="8" w16cid:durableId="609968919">
    <w:abstractNumId w:val="1"/>
  </w:num>
  <w:num w:numId="9" w16cid:durableId="474219">
    <w:abstractNumId w:val="0"/>
  </w:num>
  <w:num w:numId="10" w16cid:durableId="310644336">
    <w:abstractNumId w:val="9"/>
  </w:num>
  <w:num w:numId="11" w16cid:durableId="6492853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08B0"/>
    <w:rsid w:val="00254ED3"/>
    <w:rsid w:val="002622FC"/>
    <w:rsid w:val="0029639D"/>
    <w:rsid w:val="00326F90"/>
    <w:rsid w:val="004D6425"/>
    <w:rsid w:val="0063640A"/>
    <w:rsid w:val="0082173A"/>
    <w:rsid w:val="00892051"/>
    <w:rsid w:val="00987BC3"/>
    <w:rsid w:val="00A515B0"/>
    <w:rsid w:val="00A64C96"/>
    <w:rsid w:val="00AA1D8D"/>
    <w:rsid w:val="00B47730"/>
    <w:rsid w:val="00CB0664"/>
    <w:rsid w:val="00DA0C1F"/>
    <w:rsid w:val="00E95911"/>
    <w:rsid w:val="00EF2D6C"/>
    <w:rsid w:val="00F479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C64782"/>
  <w14:defaultImageDpi w14:val="330"/>
  <w15:docId w15:val="{9FC6E04F-449B-4FA1-899A-61B9FFB4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Klr B</cp:lastModifiedBy>
  <cp:revision>4</cp:revision>
  <dcterms:created xsi:type="dcterms:W3CDTF">2013-12-23T23:15:00Z</dcterms:created>
  <dcterms:modified xsi:type="dcterms:W3CDTF">2025-10-16T19:45:00Z</dcterms:modified>
  <cp:category/>
</cp:coreProperties>
</file>